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Hlk191630571"/>
    <w:bookmarkStart w:id="1" w:name="_GoBack"/>
    <w:bookmarkEnd w:id="1"/>
    <w:p w14:paraId="0DCFD200" w14:textId="085F3E55" w:rsidR="006D0965" w:rsidRPr="002F0E80" w:rsidRDefault="002211C7" w:rsidP="002211C7">
      <w:pPr>
        <w:ind w:right="-1326"/>
        <w:jc w:val="right"/>
        <w:rPr>
          <w:rFonts w:ascii="Cambria" w:hAnsi="Cambria"/>
          <w:b/>
          <w:bCs/>
          <w:sz w:val="20"/>
          <w:szCs w:val="28"/>
          <w:lang w:val="pl-PL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 wp14:anchorId="1BC52A59" wp14:editId="71F66435">
                <wp:simplePos x="0" y="0"/>
                <wp:positionH relativeFrom="page">
                  <wp:posOffset>228600</wp:posOffset>
                </wp:positionH>
                <wp:positionV relativeFrom="topMargin">
                  <wp:posOffset>1280160</wp:posOffset>
                </wp:positionV>
                <wp:extent cx="7252335" cy="530225"/>
                <wp:effectExtent l="0" t="0" r="24765" b="22225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52335" cy="530225"/>
                          <a:chOff x="330" y="308"/>
                          <a:chExt cx="11586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5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2112389221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17C0412A" w14:textId="7014EA5C" w:rsidR="006D0965" w:rsidRPr="00B12C58" w:rsidRDefault="006D0965" w:rsidP="006D0965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719" y="360"/>
                            <a:ext cx="4164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93D9E6" w14:textId="275BDD2D" w:rsidR="006D0965" w:rsidRPr="00B12C58" w:rsidRDefault="006D0965" w:rsidP="006D0965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EC5D5D">
                                <w:rPr>
                                  <w:b/>
                                  <w:szCs w:val="3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C52A59" id="Grupa 196" o:spid="_x0000_s1026" style="position:absolute;left:0;text-align:left;margin-left:18pt;margin-top:100.8pt;width:571.05pt;height:41.75pt;z-index:-251657216;mso-position-horizontal-relative:page;mso-position-vertical-relative:top-margin-area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" o:allowincell="f">
                <v:rect id="Rectangle 197" o:spid="_x0000_s1027" style="position:absolute;left:377;top:360;width:745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2112389221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17C0412A" w14:textId="7014EA5C" w:rsidR="006D0965" w:rsidRPr="00B12C58" w:rsidRDefault="006D0965" w:rsidP="006D0965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719;top:360;width:4164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5693D9E6" w14:textId="275BDD2D" w:rsidR="006D0965" w:rsidRPr="00B12C58" w:rsidRDefault="006D0965" w:rsidP="006D0965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EC5D5D">
                          <w:rPr>
                            <w:b/>
                            <w:szCs w:val="36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  <w:r w:rsidR="00EC5D5D">
        <w:rPr>
          <w:rFonts w:ascii="Cambria" w:hAnsi="Cambria"/>
          <w:b/>
          <w:bCs/>
          <w:sz w:val="20"/>
          <w:szCs w:val="28"/>
          <w:lang w:val="pl-PL"/>
        </w:rPr>
        <w:t>PR-01</w:t>
      </w:r>
      <w:r w:rsidRPr="00311B39">
        <w:rPr>
          <w:rFonts w:ascii="Cambria" w:hAnsi="Cambria"/>
          <w:b/>
          <w:bCs/>
          <w:sz w:val="20"/>
          <w:szCs w:val="28"/>
          <w:lang w:val="pl-PL"/>
        </w:rPr>
        <w:t xml:space="preserve"> QP-</w:t>
      </w:r>
      <w:r w:rsidR="00EC5D5D">
        <w:rPr>
          <w:rFonts w:ascii="Cambria" w:hAnsi="Cambria"/>
          <w:b/>
          <w:bCs/>
          <w:sz w:val="20"/>
          <w:szCs w:val="28"/>
          <w:lang w:val="pl-PL"/>
        </w:rPr>
        <w:t>50</w:t>
      </w:r>
      <w:r w:rsidRPr="00311B39">
        <w:rPr>
          <w:rFonts w:ascii="Cambria" w:hAnsi="Cambria"/>
          <w:b/>
          <w:bCs/>
          <w:sz w:val="20"/>
          <w:szCs w:val="28"/>
          <w:lang w:val="pl-PL"/>
        </w:rPr>
        <w:t xml:space="preserve"> </w:t>
      </w:r>
      <w:r w:rsidR="006D0965" w:rsidRPr="002F0E80">
        <w:rPr>
          <w:rFonts w:ascii="Cambria" w:hAnsi="Cambria"/>
          <w:b/>
          <w:bCs/>
          <w:sz w:val="20"/>
          <w:szCs w:val="28"/>
          <w:lang w:val="pl-PL"/>
        </w:rPr>
        <w:t>Załącznik nr 2</w:t>
      </w:r>
      <w:r w:rsidR="00BD2E15">
        <w:rPr>
          <w:rFonts w:ascii="Cambria" w:hAnsi="Cambria"/>
          <w:b/>
          <w:bCs/>
          <w:sz w:val="20"/>
          <w:szCs w:val="28"/>
          <w:lang w:val="pl-PL"/>
        </w:rPr>
        <w:t>.1</w:t>
      </w:r>
      <w:r w:rsidR="00311B39">
        <w:rPr>
          <w:rFonts w:ascii="Cambria" w:hAnsi="Cambria"/>
          <w:b/>
          <w:bCs/>
          <w:sz w:val="20"/>
          <w:szCs w:val="28"/>
          <w:lang w:val="pl-PL"/>
        </w:rPr>
        <w:t>6</w:t>
      </w:r>
    </w:p>
    <w:tbl>
      <w:tblPr>
        <w:tblStyle w:val="Tabela-Siatka"/>
        <w:tblpPr w:leftFromText="141" w:rightFromText="141" w:vertAnchor="text" w:horzAnchor="page" w:tblpX="8545" w:tblpY="253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0"/>
        <w:gridCol w:w="280"/>
        <w:gridCol w:w="280"/>
        <w:gridCol w:w="280"/>
        <w:gridCol w:w="280"/>
        <w:gridCol w:w="281"/>
        <w:gridCol w:w="281"/>
        <w:gridCol w:w="281"/>
        <w:gridCol w:w="281"/>
        <w:gridCol w:w="281"/>
        <w:gridCol w:w="281"/>
      </w:tblGrid>
      <w:tr w:rsidR="00EC5D5D" w14:paraId="20F9B9DB" w14:textId="77777777" w:rsidTr="008E0D48">
        <w:trPr>
          <w:trHeight w:val="462"/>
        </w:trPr>
        <w:tc>
          <w:tcPr>
            <w:tcW w:w="280" w:type="dxa"/>
            <w:vAlign w:val="center"/>
          </w:tcPr>
          <w:p w14:paraId="122571F6" w14:textId="0E169D33" w:rsidR="00EC5D5D" w:rsidRDefault="00EC5D5D" w:rsidP="008E0D4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4191AF3A" w14:textId="04460ABD" w:rsidR="00EC5D5D" w:rsidRDefault="00EC5D5D" w:rsidP="008E0D4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0CFC1B24" w14:textId="3626A99F" w:rsidR="00EC5D5D" w:rsidRDefault="00EC5D5D" w:rsidP="008E0D4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3EA9EA1A" w14:textId="3B834624" w:rsidR="00EC5D5D" w:rsidRDefault="00EC5D5D" w:rsidP="008E0D4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1786BFDD" w14:textId="61274B5E" w:rsidR="00EC5D5D" w:rsidRDefault="00EC5D5D" w:rsidP="008E0D4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277B41A6" w14:textId="62729768" w:rsidR="00EC5D5D" w:rsidRDefault="00EC5D5D" w:rsidP="008E0D4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3E925845" w14:textId="7DCAA6EC" w:rsidR="00EC5D5D" w:rsidRDefault="00EC5D5D" w:rsidP="008E0D4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0F51162D" w14:textId="11FEFA07" w:rsidR="00EC5D5D" w:rsidRDefault="00EC5D5D" w:rsidP="008E0D4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34CC7E49" w14:textId="2D618A2F" w:rsidR="00EC5D5D" w:rsidRDefault="00EC5D5D" w:rsidP="008E0D4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24158A5E" w14:textId="054E7169" w:rsidR="00EC5D5D" w:rsidRDefault="00EC5D5D" w:rsidP="008E0D48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6969F570" w14:textId="77777777" w:rsidR="00EC5D5D" w:rsidRDefault="00EC5D5D" w:rsidP="008E0D48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78B7F648" w14:textId="4FCD6965" w:rsidR="006D0965" w:rsidRDefault="006D0965" w:rsidP="006D0965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44701AE9" w14:textId="5C8F01CE" w:rsidR="006D0965" w:rsidRDefault="006D0965" w:rsidP="006D0965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5D523A67" w14:textId="2716CC01" w:rsidR="00B12C58" w:rsidRDefault="00EC65B7" w:rsidP="002211C7">
      <w:pPr>
        <w:spacing w:before="240" w:after="120"/>
        <w:ind w:right="-1469"/>
        <w:jc w:val="center"/>
        <w:rPr>
          <w:b/>
          <w:sz w:val="28"/>
          <w:lang w:val="pl-PL"/>
        </w:rPr>
      </w:pPr>
      <w:r>
        <w:rPr>
          <w:b/>
          <w:color w:val="548DD4" w:themeColor="text2" w:themeTint="99"/>
          <w:sz w:val="32"/>
          <w:lang w:val="pl-PL"/>
        </w:rPr>
        <w:t xml:space="preserve">Nowotwór złośliwy </w:t>
      </w:r>
      <w:r w:rsidR="007B3445">
        <w:rPr>
          <w:b/>
          <w:color w:val="548DD4" w:themeColor="text2" w:themeTint="99"/>
          <w:sz w:val="32"/>
          <w:lang w:val="pl-PL"/>
        </w:rPr>
        <w:t>jądra</w:t>
      </w:r>
      <w:r w:rsidR="00F35156">
        <w:rPr>
          <w:b/>
          <w:color w:val="548DD4" w:themeColor="text2" w:themeTint="99"/>
          <w:sz w:val="32"/>
          <w:lang w:val="pl-PL"/>
        </w:rPr>
        <w:t xml:space="preserve"> (ICD-10: C</w:t>
      </w:r>
      <w:r>
        <w:rPr>
          <w:b/>
          <w:color w:val="548DD4" w:themeColor="text2" w:themeTint="99"/>
          <w:sz w:val="32"/>
          <w:lang w:val="pl-PL"/>
        </w:rPr>
        <w:t>6</w:t>
      </w:r>
      <w:r w:rsidR="007B3445">
        <w:rPr>
          <w:b/>
          <w:color w:val="548DD4" w:themeColor="text2" w:themeTint="99"/>
          <w:sz w:val="32"/>
          <w:lang w:val="pl-PL"/>
        </w:rPr>
        <w:t>2</w:t>
      </w:r>
      <w:r w:rsidR="00F35156">
        <w:rPr>
          <w:b/>
          <w:color w:val="548DD4" w:themeColor="text2" w:themeTint="99"/>
          <w:sz w:val="32"/>
          <w:lang w:val="pl-PL"/>
        </w:rPr>
        <w:t>)</w:t>
      </w:r>
      <w:r w:rsidR="00906E65" w:rsidRPr="00F35156">
        <w:rPr>
          <w:b/>
          <w:color w:val="548DD4" w:themeColor="text2" w:themeTint="99"/>
          <w:sz w:val="32"/>
          <w:lang w:val="pl-PL"/>
        </w:rPr>
        <w:t xml:space="preserve"> </w:t>
      </w:r>
      <w:r w:rsidR="00906E65" w:rsidRPr="00F35156">
        <w:rPr>
          <w:b/>
          <w:color w:val="548DD4" w:themeColor="text2" w:themeTint="99"/>
          <w:sz w:val="32"/>
          <w:lang w:val="pl-PL"/>
        </w:rPr>
        <w:br/>
      </w:r>
      <w:bookmarkEnd w:id="0"/>
      <w:proofErr w:type="spellStart"/>
      <w:r w:rsidR="00B12C58" w:rsidRPr="006D0965">
        <w:rPr>
          <w:b/>
          <w:sz w:val="24"/>
          <w:lang w:val="pl-PL"/>
        </w:rPr>
        <w:t>Checklista</w:t>
      </w:r>
      <w:proofErr w:type="spellEnd"/>
      <w:r w:rsidR="00B12C58" w:rsidRPr="006D0965">
        <w:rPr>
          <w:b/>
          <w:sz w:val="24"/>
          <w:lang w:val="pl-PL"/>
        </w:rPr>
        <w:t xml:space="preserve"> –</w:t>
      </w:r>
      <w:r w:rsidR="00B90F99" w:rsidRPr="006D0965">
        <w:rPr>
          <w:b/>
          <w:sz w:val="24"/>
          <w:lang w:val="pl-PL"/>
        </w:rPr>
        <w:t xml:space="preserve"> </w:t>
      </w:r>
      <w:r w:rsidR="00B12C58" w:rsidRPr="006D0965">
        <w:rPr>
          <w:b/>
          <w:sz w:val="24"/>
          <w:lang w:val="pl-PL"/>
        </w:rPr>
        <w:t>badania</w:t>
      </w:r>
    </w:p>
    <w:tbl>
      <w:tblPr>
        <w:tblW w:w="11403" w:type="dxa"/>
        <w:tblInd w:w="-21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09"/>
        <w:gridCol w:w="1133"/>
        <w:gridCol w:w="1561"/>
      </w:tblGrid>
      <w:tr w:rsidR="00E4309C" w:rsidRPr="00E4309C" w14:paraId="217795FD" w14:textId="77777777" w:rsidTr="002211C7">
        <w:trPr>
          <w:trHeight w:val="493"/>
        </w:trPr>
        <w:tc>
          <w:tcPr>
            <w:tcW w:w="8709" w:type="dxa"/>
            <w:shd w:val="clear" w:color="auto" w:fill="auto"/>
            <w:vAlign w:val="center"/>
            <w:hideMark/>
          </w:tcPr>
          <w:p w14:paraId="1F811160" w14:textId="77777777" w:rsidR="00E4309C" w:rsidRPr="00E4309C" w:rsidRDefault="00E4309C" w:rsidP="00E4309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E4309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Badania</w:t>
            </w:r>
            <w:proofErr w:type="spellEnd"/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35845B07" w14:textId="77777777" w:rsidR="00E4309C" w:rsidRPr="00E4309C" w:rsidRDefault="00E4309C" w:rsidP="00E4309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E4309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Wykonano</w:t>
            </w:r>
            <w:proofErr w:type="spellEnd"/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31A4FC80" w14:textId="77777777" w:rsidR="00E4309C" w:rsidRPr="00E4309C" w:rsidRDefault="00E4309C" w:rsidP="00E4309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4309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Data </w:t>
            </w:r>
            <w:proofErr w:type="spellStart"/>
            <w:r w:rsidRPr="00E4309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badania</w:t>
            </w:r>
            <w:proofErr w:type="spellEnd"/>
          </w:p>
        </w:tc>
      </w:tr>
      <w:tr w:rsidR="00E4309C" w:rsidRPr="00E4309C" w14:paraId="7FD5ECD7" w14:textId="77777777" w:rsidTr="002211C7">
        <w:trPr>
          <w:trHeight w:val="659"/>
        </w:trPr>
        <w:tc>
          <w:tcPr>
            <w:tcW w:w="8709" w:type="dxa"/>
            <w:shd w:val="clear" w:color="auto" w:fill="auto"/>
            <w:vAlign w:val="center"/>
            <w:hideMark/>
          </w:tcPr>
          <w:p w14:paraId="03C1DC70" w14:textId="6BB2542F" w:rsidR="00E4309C" w:rsidRPr="00E4309C" w:rsidRDefault="00246727" w:rsidP="00E4309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Pełny wynik badania histopatologicznego</w:t>
            </w:r>
            <w:r w:rsidR="00011CC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, jeśli dostępny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3F3259C7" w14:textId="77777777" w:rsidR="00E4309C" w:rsidRPr="00E4309C" w:rsidRDefault="00E4309C" w:rsidP="00E4309C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E4309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09AAFDC4" w14:textId="77777777" w:rsidR="00E4309C" w:rsidRPr="00E4309C" w:rsidRDefault="00E4309C" w:rsidP="00E4309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E4309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2F0E80" w:rsidRPr="002F0E80" w14:paraId="52A912D7" w14:textId="77777777" w:rsidTr="002211C7">
        <w:trPr>
          <w:trHeight w:val="397"/>
        </w:trPr>
        <w:tc>
          <w:tcPr>
            <w:tcW w:w="8709" w:type="dxa"/>
            <w:shd w:val="clear" w:color="auto" w:fill="auto"/>
            <w:vAlign w:val="center"/>
            <w:hideMark/>
          </w:tcPr>
          <w:p w14:paraId="31ECD3DB" w14:textId="7C122074" w:rsidR="00E4309C" w:rsidRPr="002F0E80" w:rsidRDefault="00E4309C" w:rsidP="00E4309C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2F0E80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Badania ogólne krwi</w:t>
            </w:r>
            <w:r w:rsidR="002F0E80" w:rsidRPr="002F0E80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;</w:t>
            </w:r>
            <w:r w:rsidRPr="002F0E80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 </w:t>
            </w:r>
            <w:r w:rsidR="002F0E80" w:rsidRPr="002F0E80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morfologia, kreatynina, ALT, AST, bilirubina</w:t>
            </w:r>
            <w:r w:rsidR="00246727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, </w:t>
            </w:r>
            <w:r w:rsidR="00246727" w:rsidRPr="00246727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ALP, </w:t>
            </w:r>
            <w:r w:rsidR="007B3445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beta-</w:t>
            </w:r>
            <w:proofErr w:type="spellStart"/>
            <w:r w:rsidR="00D17B41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h</w:t>
            </w:r>
            <w:r w:rsidR="007B3445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CG</w:t>
            </w:r>
            <w:proofErr w:type="spellEnd"/>
            <w:r w:rsidR="007B3445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,</w:t>
            </w:r>
            <w:r w:rsidR="00246727" w:rsidRPr="00246727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 LDH</w:t>
            </w:r>
            <w:r w:rsidR="007B3445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, AFP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65883F4A" w14:textId="77777777" w:rsidR="00E4309C" w:rsidRPr="002F0E80" w:rsidRDefault="00E4309C" w:rsidP="00E4309C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sz w:val="40"/>
                <w:szCs w:val="40"/>
                <w:lang w:val="pl-PL" w:eastAsia="pl-PL"/>
              </w:rPr>
            </w:pPr>
            <w:r w:rsidRPr="002F0E80">
              <w:rPr>
                <w:rFonts w:ascii="Wingdings" w:eastAsia="Times New Roman" w:hAnsi="Wingdings" w:cs="Calibri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36F0E5B5" w14:textId="77777777" w:rsidR="00E4309C" w:rsidRPr="002F0E80" w:rsidRDefault="00E4309C" w:rsidP="00E4309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</w:pPr>
            <w:r w:rsidRPr="002F0E80">
              <w:rPr>
                <w:rFonts w:ascii="Cambria" w:eastAsia="Times New Roman" w:hAnsi="Cambria" w:cs="Calibri"/>
                <w:b/>
                <w:bCs/>
                <w:sz w:val="20"/>
                <w:szCs w:val="20"/>
                <w:lang w:eastAsia="pl-PL"/>
              </w:rPr>
              <w:t> </w:t>
            </w:r>
          </w:p>
        </w:tc>
      </w:tr>
      <w:tr w:rsidR="00E4309C" w:rsidRPr="00E4309C" w14:paraId="56688CD2" w14:textId="77777777" w:rsidTr="002211C7">
        <w:trPr>
          <w:trHeight w:val="397"/>
        </w:trPr>
        <w:tc>
          <w:tcPr>
            <w:tcW w:w="8709" w:type="dxa"/>
            <w:shd w:val="clear" w:color="auto" w:fill="auto"/>
            <w:vAlign w:val="center"/>
            <w:hideMark/>
          </w:tcPr>
          <w:p w14:paraId="3B44A3E3" w14:textId="603C1ED3" w:rsidR="00E4309C" w:rsidRPr="00E4309C" w:rsidRDefault="007B3445" w:rsidP="00E4309C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USG moszny</w:t>
            </w:r>
            <w:r w:rsidR="00D17B41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, jąder, najądrzy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535016E0" w14:textId="77777777" w:rsidR="00E4309C" w:rsidRPr="00E4309C" w:rsidRDefault="00E4309C" w:rsidP="00E4309C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E4309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428A804B" w14:textId="77777777" w:rsidR="00E4309C" w:rsidRPr="00E4309C" w:rsidRDefault="00E4309C" w:rsidP="00E4309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E4309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E4309C" w:rsidRPr="00E4309C" w14:paraId="322E401C" w14:textId="77777777" w:rsidTr="002211C7">
        <w:trPr>
          <w:trHeight w:val="631"/>
        </w:trPr>
        <w:tc>
          <w:tcPr>
            <w:tcW w:w="8709" w:type="dxa"/>
            <w:shd w:val="clear" w:color="auto" w:fill="auto"/>
            <w:vAlign w:val="center"/>
            <w:hideMark/>
          </w:tcPr>
          <w:p w14:paraId="03EF2A63" w14:textId="5FFAA106" w:rsidR="00E4309C" w:rsidRPr="00E4309C" w:rsidRDefault="00E4309C" w:rsidP="00E4309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E4309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jamy brzusznej, miednicy i klatki piersiowej ze wzmocnieniem kontrastowym</w:t>
            </w:r>
            <w:r w:rsidR="00246727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– nie starsze ni</w:t>
            </w:r>
            <w:r w:rsidR="005A564B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ż</w:t>
            </w:r>
            <w:r w:rsidR="00246727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4 tygodnie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0939C021" w14:textId="77777777" w:rsidR="00E4309C" w:rsidRPr="00E4309C" w:rsidRDefault="00E4309C" w:rsidP="00E4309C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E4309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078C7341" w14:textId="77777777" w:rsidR="00E4309C" w:rsidRPr="00E4309C" w:rsidRDefault="00E4309C" w:rsidP="00E4309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4309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E4309C" w:rsidRPr="00E4309C" w14:paraId="09BE39E2" w14:textId="77777777" w:rsidTr="002211C7">
        <w:trPr>
          <w:trHeight w:val="397"/>
        </w:trPr>
        <w:tc>
          <w:tcPr>
            <w:tcW w:w="8709" w:type="dxa"/>
            <w:shd w:val="clear" w:color="auto" w:fill="auto"/>
            <w:vAlign w:val="center"/>
            <w:hideMark/>
          </w:tcPr>
          <w:p w14:paraId="72D38515" w14:textId="124BFD10" w:rsidR="00E4309C" w:rsidRPr="00E4309C" w:rsidRDefault="00246727" w:rsidP="00E4309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TK/</w:t>
            </w:r>
            <w:r w:rsidR="00E4309C" w:rsidRPr="00E4309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MR mózgowia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="00E4309C" w:rsidRPr="00E4309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- w przypadku podejrzenia przerzutów do OUN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– nie starsze niż 4 tygodnie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37A56466" w14:textId="77777777" w:rsidR="00E4309C" w:rsidRPr="00E4309C" w:rsidRDefault="00E4309C" w:rsidP="00E4309C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E4309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5F097AF0" w14:textId="77777777" w:rsidR="00E4309C" w:rsidRPr="00E4309C" w:rsidRDefault="00E4309C" w:rsidP="00E4309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4309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2F1219" w:rsidRPr="00E4309C" w14:paraId="66AE9CF8" w14:textId="77777777" w:rsidTr="002211C7">
        <w:trPr>
          <w:trHeight w:val="682"/>
        </w:trPr>
        <w:tc>
          <w:tcPr>
            <w:tcW w:w="8709" w:type="dxa"/>
            <w:shd w:val="clear" w:color="auto" w:fill="auto"/>
            <w:vAlign w:val="center"/>
          </w:tcPr>
          <w:p w14:paraId="7944F47C" w14:textId="6FCE5D3A" w:rsidR="002F1219" w:rsidRPr="00E4309C" w:rsidRDefault="002F1219" w:rsidP="00E4309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2F121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Inne </w:t>
            </w:r>
            <w:r w:rsidR="00246727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istotne klinicznie </w:t>
            </w:r>
            <w:r w:rsidRPr="002F121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="00246727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…………………………………….</w:t>
            </w:r>
            <w:r w:rsidRPr="002F121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…........................................................................................................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65643460" w14:textId="3C840A42" w:rsidR="002F1219" w:rsidRPr="00E4309C" w:rsidRDefault="002F1219" w:rsidP="00E4309C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E4309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 w14:paraId="503A467A" w14:textId="77777777" w:rsidR="002F1219" w:rsidRPr="00E4309C" w:rsidRDefault="002F1219" w:rsidP="00E430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pl-PL" w:eastAsia="pl-PL"/>
              </w:rPr>
            </w:pPr>
          </w:p>
        </w:tc>
      </w:tr>
    </w:tbl>
    <w:p w14:paraId="5CD12893" w14:textId="77777777" w:rsidR="00246727" w:rsidRDefault="00246727" w:rsidP="00246727">
      <w:pPr>
        <w:autoSpaceDE w:val="0"/>
        <w:autoSpaceDN w:val="0"/>
        <w:adjustRightInd w:val="0"/>
        <w:spacing w:after="240" w:line="240" w:lineRule="auto"/>
        <w:ind w:right="-1469"/>
        <w:rPr>
          <w:color w:val="FF0000"/>
          <w:lang w:val="pl-PL"/>
        </w:rPr>
      </w:pPr>
    </w:p>
    <w:p w14:paraId="13308188" w14:textId="7D2960EF" w:rsidR="00DB092F" w:rsidRPr="00CE2C5B" w:rsidRDefault="00DB092F" w:rsidP="00DB092F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6B2114E" wp14:editId="084EC02C">
                <wp:simplePos x="0" y="0"/>
                <wp:positionH relativeFrom="column">
                  <wp:posOffset>4996180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3B9A16" w14:textId="77777777" w:rsidR="00DB092F" w:rsidRDefault="00DB092F" w:rsidP="00DB092F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0A933A4D" w14:textId="77777777" w:rsidR="00DB092F" w:rsidRDefault="00DB092F" w:rsidP="00DB092F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4D305CA3" w14:textId="77777777" w:rsidR="00DB092F" w:rsidRDefault="00DB092F" w:rsidP="00DB092F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535EA9B0" w14:textId="77777777" w:rsidR="00DB092F" w:rsidRPr="00DC5F59" w:rsidRDefault="00DB092F" w:rsidP="00DB092F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71A0A1EC" w14:textId="77777777" w:rsidR="00DB092F" w:rsidRPr="00DC5F59" w:rsidRDefault="00DB092F" w:rsidP="00DB092F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6B2114E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93.4pt;margin-top:6.55pt;width:171.75pt;height:71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">
                <v:textbox>
                  <w:txbxContent>
                    <w:p w14:paraId="753B9A16" w14:textId="77777777" w:rsidR="00DB092F" w:rsidRDefault="00DB092F" w:rsidP="00DB092F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0A933A4D" w14:textId="77777777" w:rsidR="00DB092F" w:rsidRDefault="00DB092F" w:rsidP="00DB092F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4D305CA3" w14:textId="77777777" w:rsidR="00DB092F" w:rsidRDefault="00DB092F" w:rsidP="00DB092F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535EA9B0" w14:textId="77777777" w:rsidR="00DB092F" w:rsidRPr="00DC5F59" w:rsidRDefault="00DB092F" w:rsidP="00DB092F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71A0A1EC" w14:textId="77777777" w:rsidR="00DB092F" w:rsidRPr="00DC5F59" w:rsidRDefault="00DB092F" w:rsidP="00DB092F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2" w:name="_Hlk192677027"/>
      <w:r w:rsidRPr="00CE2C5B">
        <w:rPr>
          <w:sz w:val="20"/>
          <w:szCs w:val="20"/>
          <w:lang w:val="pl-PL"/>
        </w:rPr>
        <w:t xml:space="preserve">Badania obrazowe wykonane poza WWCOIT powinny </w:t>
      </w:r>
      <w:r w:rsidR="005D20E9">
        <w:rPr>
          <w:sz w:val="20"/>
          <w:szCs w:val="20"/>
          <w:lang w:val="pl-PL"/>
        </w:rPr>
        <w:t xml:space="preserve">zostać </w:t>
      </w:r>
      <w:r w:rsidRPr="00CE2C5B">
        <w:rPr>
          <w:sz w:val="20"/>
          <w:szCs w:val="20"/>
          <w:lang w:val="pl-PL"/>
        </w:rPr>
        <w:t>wgrane do systemu informatycznego RIS Centrum przed konsylium</w:t>
      </w:r>
      <w:bookmarkEnd w:id="2"/>
      <w:r w:rsidRPr="00CE2C5B">
        <w:rPr>
          <w:sz w:val="20"/>
          <w:szCs w:val="20"/>
          <w:lang w:val="pl-PL"/>
        </w:rPr>
        <w:t>.</w:t>
      </w:r>
    </w:p>
    <w:p w14:paraId="46E5F601" w14:textId="77777777" w:rsidR="00DB092F" w:rsidRPr="009B7AF7" w:rsidRDefault="00DB092F" w:rsidP="00DB092F">
      <w:pPr>
        <w:spacing w:before="240" w:after="0"/>
        <w:rPr>
          <w:sz w:val="20"/>
          <w:szCs w:val="20"/>
          <w:lang w:val="pl-PL"/>
        </w:rPr>
      </w:pP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</w:p>
    <w:p w14:paraId="7F1B55A8" w14:textId="77777777" w:rsidR="00DB092F" w:rsidRPr="00C7534B" w:rsidRDefault="00DB092F" w:rsidP="00DB092F">
      <w:pPr>
        <w:spacing w:after="0"/>
        <w:ind w:right="-1326"/>
        <w:rPr>
          <w:lang w:val="pl-PL"/>
        </w:rPr>
      </w:pPr>
    </w:p>
    <w:p w14:paraId="07D9A0EB" w14:textId="70F80097" w:rsidR="009F0BB9" w:rsidRPr="00C7534B" w:rsidRDefault="009F0BB9" w:rsidP="00DB092F">
      <w:pPr>
        <w:rPr>
          <w:lang w:val="pl-PL"/>
        </w:rPr>
      </w:pPr>
    </w:p>
    <w:sectPr w:rsidR="009F0BB9" w:rsidRPr="00C7534B" w:rsidSect="002211C7">
      <w:headerReference w:type="default" r:id="rId9"/>
      <w:footerReference w:type="default" r:id="rId10"/>
      <w:pgSz w:w="12240" w:h="15840"/>
      <w:pgMar w:top="1487" w:right="1800" w:bottom="426" w:left="567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14B2A0" w14:textId="77777777" w:rsidR="00616A13" w:rsidRDefault="00616A13" w:rsidP="00562818">
      <w:pPr>
        <w:spacing w:after="0" w:line="240" w:lineRule="auto"/>
      </w:pPr>
      <w:r>
        <w:separator/>
      </w:r>
    </w:p>
  </w:endnote>
  <w:endnote w:type="continuationSeparator" w:id="0">
    <w:p w14:paraId="2EFC7E8D" w14:textId="77777777" w:rsidR="00616A13" w:rsidRDefault="00616A13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FE7644" w14:textId="6C820152" w:rsidR="002211C7" w:rsidRPr="002211C7" w:rsidRDefault="002211C7">
    <w:pPr>
      <w:pStyle w:val="Stopka"/>
      <w:rPr>
        <w:lang w:val="pl-PL"/>
      </w:rPr>
    </w:pPr>
    <w:r w:rsidRPr="002211C7">
      <w:rPr>
        <w:rFonts w:ascii="Cambria" w:hAnsi="Cambria"/>
        <w:sz w:val="20"/>
        <w:lang w:val="pl-PL"/>
      </w:rPr>
      <w:t>Wydanie I</w:t>
    </w:r>
    <w:r w:rsidRPr="002211C7">
      <w:rPr>
        <w:rFonts w:ascii="Cambria" w:hAnsi="Cambria"/>
        <w:sz w:val="20"/>
        <w:lang w:val="pl-PL"/>
      </w:rPr>
      <w:br/>
      <w:t xml:space="preserve">Data obowiązywania: </w:t>
    </w:r>
    <w:r w:rsidR="00540328">
      <w:rPr>
        <w:rFonts w:ascii="Cambria" w:hAnsi="Cambria"/>
        <w:sz w:val="20"/>
        <w:lang w:val="pl-PL"/>
      </w:rPr>
      <w:t>01.04.2025</w:t>
    </w:r>
    <w:r w:rsidRPr="002211C7">
      <w:rPr>
        <w:rFonts w:ascii="Cambria" w:hAnsi="Cambria"/>
        <w:sz w:val="20"/>
        <w:lang w:val="pl-PL"/>
      </w:rPr>
      <w:br/>
    </w:r>
  </w:p>
  <w:p w14:paraId="6B1910F8" w14:textId="77777777" w:rsidR="002211C7" w:rsidRPr="002211C7" w:rsidRDefault="002211C7">
    <w:pPr>
      <w:pStyle w:val="Stopka"/>
      <w:rPr>
        <w:lang w:val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9A17E3" w14:textId="77777777" w:rsidR="00616A13" w:rsidRDefault="00616A13" w:rsidP="00562818">
      <w:pPr>
        <w:spacing w:after="0" w:line="240" w:lineRule="auto"/>
      </w:pPr>
      <w:r>
        <w:separator/>
      </w:r>
    </w:p>
  </w:footnote>
  <w:footnote w:type="continuationSeparator" w:id="0">
    <w:p w14:paraId="3B9FDBCB" w14:textId="77777777" w:rsidR="00616A13" w:rsidRDefault="00616A13" w:rsidP="00562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6214953A" w:rsidR="00562818" w:rsidRPr="002F0E80" w:rsidRDefault="002211C7">
    <w:pPr>
      <w:pStyle w:val="Nagwek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4AADB0C8" wp14:editId="0463B2EA">
          <wp:extent cx="1533525" cy="471854"/>
          <wp:effectExtent l="0" t="0" r="0" b="4445"/>
          <wp:docPr id="77780805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05223"/>
    <w:rsid w:val="00011CCA"/>
    <w:rsid w:val="00034616"/>
    <w:rsid w:val="0006063C"/>
    <w:rsid w:val="000A4A17"/>
    <w:rsid w:val="000B28D3"/>
    <w:rsid w:val="000D04C6"/>
    <w:rsid w:val="00114594"/>
    <w:rsid w:val="00120BDE"/>
    <w:rsid w:val="00125D8B"/>
    <w:rsid w:val="0015074B"/>
    <w:rsid w:val="00182F65"/>
    <w:rsid w:val="0021720D"/>
    <w:rsid w:val="002211C7"/>
    <w:rsid w:val="00234C82"/>
    <w:rsid w:val="00246727"/>
    <w:rsid w:val="0029639D"/>
    <w:rsid w:val="002F0E80"/>
    <w:rsid w:val="002F1219"/>
    <w:rsid w:val="00305C12"/>
    <w:rsid w:val="00311B39"/>
    <w:rsid w:val="00326F90"/>
    <w:rsid w:val="00386EA5"/>
    <w:rsid w:val="003A2F71"/>
    <w:rsid w:val="003D2E87"/>
    <w:rsid w:val="003E7F0E"/>
    <w:rsid w:val="00434474"/>
    <w:rsid w:val="00540328"/>
    <w:rsid w:val="00562818"/>
    <w:rsid w:val="0059308F"/>
    <w:rsid w:val="005A564B"/>
    <w:rsid w:val="005D20E9"/>
    <w:rsid w:val="00616A13"/>
    <w:rsid w:val="006D0965"/>
    <w:rsid w:val="006E62B1"/>
    <w:rsid w:val="0074489E"/>
    <w:rsid w:val="00765B5C"/>
    <w:rsid w:val="007B3445"/>
    <w:rsid w:val="007B7A76"/>
    <w:rsid w:val="008621F9"/>
    <w:rsid w:val="00884F98"/>
    <w:rsid w:val="008E0D48"/>
    <w:rsid w:val="008F4852"/>
    <w:rsid w:val="00906E65"/>
    <w:rsid w:val="009107F2"/>
    <w:rsid w:val="00914AEF"/>
    <w:rsid w:val="00947261"/>
    <w:rsid w:val="009B3BE8"/>
    <w:rsid w:val="009F0BB9"/>
    <w:rsid w:val="00A63143"/>
    <w:rsid w:val="00AA1D8D"/>
    <w:rsid w:val="00AD40BB"/>
    <w:rsid w:val="00B12C58"/>
    <w:rsid w:val="00B47730"/>
    <w:rsid w:val="00B5346E"/>
    <w:rsid w:val="00B90F99"/>
    <w:rsid w:val="00BD2E15"/>
    <w:rsid w:val="00C30BF5"/>
    <w:rsid w:val="00C60B0D"/>
    <w:rsid w:val="00C72B4E"/>
    <w:rsid w:val="00C7534B"/>
    <w:rsid w:val="00CB0664"/>
    <w:rsid w:val="00CC66B5"/>
    <w:rsid w:val="00CD0DBB"/>
    <w:rsid w:val="00D02FBF"/>
    <w:rsid w:val="00D17B41"/>
    <w:rsid w:val="00DA31F6"/>
    <w:rsid w:val="00DB092F"/>
    <w:rsid w:val="00DE2982"/>
    <w:rsid w:val="00DE2FCA"/>
    <w:rsid w:val="00E0611E"/>
    <w:rsid w:val="00E4309C"/>
    <w:rsid w:val="00EB10A4"/>
    <w:rsid w:val="00EC5D5D"/>
    <w:rsid w:val="00EC65B7"/>
    <w:rsid w:val="00EE189E"/>
    <w:rsid w:val="00F16B43"/>
    <w:rsid w:val="00F35156"/>
    <w:rsid w:val="00F849F1"/>
    <w:rsid w:val="00FC693F"/>
    <w:rsid w:val="00FD4D72"/>
    <w:rsid w:val="00FD7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185C30F"/>
  <w14:defaultImageDpi w14:val="300"/>
  <w15:docId w15:val="{68019021-E2D9-4EE5-A638-88F2F6026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865319C-00F5-4B4E-8B34-516004636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123</Words>
  <Characters>743</Characters>
  <Application>Microsoft Office Word</Application>
  <DocSecurity>0</DocSecurity>
  <Lines>6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865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utworzył: A.Pękala</dc:creator>
  <dc:description>generated by python-docx</dc:description>
  <cp:lastModifiedBy>Artur Mięsok</cp:lastModifiedBy>
  <cp:revision>10</cp:revision>
  <cp:lastPrinted>2025-03-10T09:23:00Z</cp:lastPrinted>
  <dcterms:created xsi:type="dcterms:W3CDTF">2025-03-07T12:21:00Z</dcterms:created>
  <dcterms:modified xsi:type="dcterms:W3CDTF">2025-03-25T07:17:00Z</dcterms:modified>
</cp:coreProperties>
</file>