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191630571"/>
    <w:bookmarkStart w:id="1" w:name="_GoBack"/>
    <w:bookmarkEnd w:id="1"/>
    <w:p w14:paraId="1380408D" w14:textId="310E5CDF" w:rsidR="00F67A19" w:rsidRPr="00C167DB" w:rsidRDefault="004C2131" w:rsidP="004C2131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171EB45A" wp14:editId="35F3C915">
                <wp:simplePos x="0" y="0"/>
                <wp:positionH relativeFrom="page">
                  <wp:posOffset>274320</wp:posOffset>
                </wp:positionH>
                <wp:positionV relativeFrom="topMargin">
                  <wp:posOffset>1249680</wp:posOffset>
                </wp:positionV>
                <wp:extent cx="7204710" cy="530225"/>
                <wp:effectExtent l="0" t="0" r="15240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4710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7538FD8B" w14:textId="3BE818E9" w:rsidR="00F67A19" w:rsidRPr="00B12C58" w:rsidRDefault="00F67A19" w:rsidP="00F67A19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07" y="360"/>
                            <a:ext cx="4176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7A18E5" w14:textId="53B1566F" w:rsidR="00F67A19" w:rsidRPr="00B12C58" w:rsidRDefault="00F67A19" w:rsidP="00F67A19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88022A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1EB45A" id="Grupa 196" o:spid="_x0000_s1026" style="position:absolute;left:0;text-align:left;margin-left:21.6pt;margin-top:98.4pt;width:567.3pt;height:41.75pt;z-index:-251657216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7538FD8B" w14:textId="3BE818E9" w:rsidR="00F67A19" w:rsidRPr="00B12C58" w:rsidRDefault="00F67A19" w:rsidP="00F67A19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07;top:360;width:4176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5A7A18E5" w14:textId="53B1566F" w:rsidR="00F67A19" w:rsidRPr="00B12C58" w:rsidRDefault="00F67A19" w:rsidP="00F67A19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88022A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Pr="00D55415">
        <w:rPr>
          <w:rFonts w:ascii="Cambria" w:hAnsi="Cambria"/>
          <w:b/>
          <w:bCs/>
          <w:sz w:val="20"/>
          <w:szCs w:val="28"/>
          <w:lang w:val="pl-PL"/>
        </w:rPr>
        <w:t>PR-</w:t>
      </w:r>
      <w:r w:rsidR="0088022A">
        <w:rPr>
          <w:rFonts w:ascii="Cambria" w:hAnsi="Cambria"/>
          <w:b/>
          <w:bCs/>
          <w:sz w:val="20"/>
          <w:szCs w:val="28"/>
          <w:lang w:val="pl-PL"/>
        </w:rPr>
        <w:t>01</w:t>
      </w:r>
      <w:r w:rsidRPr="00D55415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88022A">
        <w:rPr>
          <w:rFonts w:ascii="Cambria" w:hAnsi="Cambria"/>
          <w:b/>
          <w:bCs/>
          <w:sz w:val="20"/>
          <w:szCs w:val="28"/>
          <w:lang w:val="pl-PL"/>
        </w:rPr>
        <w:t>50</w:t>
      </w:r>
      <w:r w:rsidRPr="00D55415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F67A19" w:rsidRPr="00C167DB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F91601">
        <w:rPr>
          <w:rFonts w:ascii="Cambria" w:hAnsi="Cambria"/>
          <w:b/>
          <w:bCs/>
          <w:sz w:val="20"/>
          <w:szCs w:val="28"/>
          <w:lang w:val="pl-PL"/>
        </w:rPr>
        <w:t>.17</w:t>
      </w:r>
    </w:p>
    <w:tbl>
      <w:tblPr>
        <w:tblStyle w:val="Tabela-Siatka"/>
        <w:tblpPr w:leftFromText="141" w:rightFromText="141" w:vertAnchor="text" w:horzAnchor="page" w:tblpX="8569" w:tblpY="181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88022A" w14:paraId="14FD479F" w14:textId="77777777" w:rsidTr="00916DAA">
        <w:trPr>
          <w:trHeight w:val="462"/>
        </w:trPr>
        <w:tc>
          <w:tcPr>
            <w:tcW w:w="280" w:type="dxa"/>
            <w:vAlign w:val="center"/>
          </w:tcPr>
          <w:p w14:paraId="215D481E" w14:textId="6B96C7D7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12A46D1C" w14:textId="6204C217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48FA8637" w14:textId="4D76CF8A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4DFBCAEA" w14:textId="3942A9BF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4FA4522B" w14:textId="5DA25FD0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DF10952" w14:textId="615D9177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2FF767D" w14:textId="1471808E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D71823C" w14:textId="240CA70E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69E160E" w14:textId="43F18874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9C10442" w14:textId="0728D149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CCD247A" w14:textId="08DFA77B" w:rsidR="0088022A" w:rsidRDefault="0088022A" w:rsidP="00916DAA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3A39294E" w14:textId="2F26009C" w:rsidR="00F67A19" w:rsidRDefault="00F67A19" w:rsidP="00F67A19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3DF26523" w14:textId="5DC7024B" w:rsidR="00F67A19" w:rsidRDefault="00F67A19" w:rsidP="00F67A19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09C0B362" w14:textId="281BA252" w:rsidR="001543BB" w:rsidRDefault="00C167DB" w:rsidP="004C2131">
      <w:pPr>
        <w:spacing w:before="120" w:after="240"/>
        <w:ind w:right="-1469"/>
        <w:jc w:val="center"/>
        <w:rPr>
          <w:b/>
          <w:sz w:val="28"/>
          <w:lang w:val="pl-PL"/>
        </w:rPr>
      </w:pPr>
      <w:r>
        <w:rPr>
          <w:b/>
          <w:color w:val="548DD4" w:themeColor="text2" w:themeTint="99"/>
          <w:sz w:val="32"/>
          <w:lang w:val="pl-PL"/>
        </w:rPr>
        <w:t>Guz mózgu</w:t>
      </w:r>
      <w:r w:rsidR="001543BB" w:rsidRPr="00B20B64">
        <w:rPr>
          <w:b/>
          <w:color w:val="548DD4" w:themeColor="text2" w:themeTint="99"/>
          <w:sz w:val="32"/>
          <w:lang w:val="pl-PL"/>
        </w:rPr>
        <w:t xml:space="preserve">  (ICD-10: C</w:t>
      </w:r>
      <w:r w:rsidR="00356103">
        <w:rPr>
          <w:b/>
          <w:color w:val="548DD4" w:themeColor="text2" w:themeTint="99"/>
          <w:sz w:val="32"/>
          <w:lang w:val="pl-PL"/>
        </w:rPr>
        <w:t>71</w:t>
      </w:r>
      <w:r w:rsidR="001543BB" w:rsidRPr="00B20B64">
        <w:rPr>
          <w:b/>
          <w:color w:val="548DD4" w:themeColor="text2" w:themeTint="99"/>
          <w:sz w:val="32"/>
          <w:lang w:val="pl-PL"/>
        </w:rPr>
        <w:t>)</w:t>
      </w:r>
      <w:r w:rsidR="001543BB"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1543BB" w:rsidRPr="00F35156">
        <w:rPr>
          <w:b/>
          <w:sz w:val="28"/>
          <w:lang w:val="pl-PL"/>
        </w:rPr>
        <w:t>Checklista</w:t>
      </w:r>
      <w:proofErr w:type="spellEnd"/>
      <w:r w:rsidR="001543BB" w:rsidRPr="00F35156">
        <w:rPr>
          <w:b/>
          <w:sz w:val="28"/>
          <w:lang w:val="pl-PL"/>
        </w:rPr>
        <w:t xml:space="preserve"> – badania</w:t>
      </w:r>
    </w:p>
    <w:tbl>
      <w:tblPr>
        <w:tblW w:w="11341" w:type="dxa"/>
        <w:tblInd w:w="-1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27"/>
        <w:gridCol w:w="1134"/>
        <w:gridCol w:w="1480"/>
      </w:tblGrid>
      <w:tr w:rsidR="001543BB" w:rsidRPr="00B20B64" w14:paraId="27270CDA" w14:textId="77777777" w:rsidTr="004C2131">
        <w:trPr>
          <w:trHeight w:val="660"/>
        </w:trPr>
        <w:tc>
          <w:tcPr>
            <w:tcW w:w="8727" w:type="dxa"/>
            <w:shd w:val="clear" w:color="auto" w:fill="auto"/>
            <w:vAlign w:val="center"/>
            <w:hideMark/>
          </w:tcPr>
          <w:p w14:paraId="40AE69A1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E1713B6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65C1F3B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1543BB" w:rsidRPr="00B20B64" w14:paraId="7D3DD6E0" w14:textId="77777777" w:rsidTr="004C2131">
        <w:trPr>
          <w:trHeight w:val="525"/>
        </w:trPr>
        <w:tc>
          <w:tcPr>
            <w:tcW w:w="8727" w:type="dxa"/>
            <w:shd w:val="clear" w:color="auto" w:fill="auto"/>
            <w:vAlign w:val="center"/>
            <w:hideMark/>
          </w:tcPr>
          <w:p w14:paraId="01060EA4" w14:textId="77777777" w:rsidR="004B48AD" w:rsidRDefault="004B48AD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Badanie neurologiczne obejmujące:</w:t>
            </w:r>
          </w:p>
          <w:p w14:paraId="3E4F8388" w14:textId="77777777" w:rsidR="004B48AD" w:rsidRDefault="004B48AD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 stan ogólny – skala KPS i ECOG</w:t>
            </w:r>
          </w:p>
          <w:p w14:paraId="4FA02FC2" w14:textId="77777777" w:rsidR="004B48AD" w:rsidRDefault="004B48AD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 stan świadomości</w:t>
            </w:r>
          </w:p>
          <w:p w14:paraId="5178C9F5" w14:textId="77777777" w:rsidR="004B48AD" w:rsidRDefault="004B48AD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 deficyty neurologiczne</w:t>
            </w:r>
          </w:p>
          <w:p w14:paraId="2024C8AF" w14:textId="10707486" w:rsidR="001543BB" w:rsidRPr="00B20B64" w:rsidRDefault="004B48AD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 dane z wywiadu: czas trwania i charakter objawów (padaczka, deficyty neurologiczne i poznawcze)</w:t>
            </w:r>
            <w:r w:rsidR="0004367F"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E33B1F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03F737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4367F" w:rsidRPr="00B20B64" w14:paraId="187A0AE8" w14:textId="77777777" w:rsidTr="004C2131">
        <w:trPr>
          <w:trHeight w:val="567"/>
        </w:trPr>
        <w:tc>
          <w:tcPr>
            <w:tcW w:w="8727" w:type="dxa"/>
            <w:shd w:val="clear" w:color="auto" w:fill="auto"/>
            <w:vAlign w:val="center"/>
          </w:tcPr>
          <w:p w14:paraId="50DDB4E0" w14:textId="096D8061" w:rsidR="0004367F" w:rsidRPr="005C0AEA" w:rsidRDefault="004B48AD" w:rsidP="00B81D5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TK głowy bez kontrastu</w:t>
            </w:r>
            <w:r w:rsidR="00C167DB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(w przypadku wykonania badania MRI – opcjonalne)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70D6DB" w14:textId="65B64AEF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57EF7576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290B845F" w14:textId="77777777" w:rsidTr="004C2131">
        <w:trPr>
          <w:trHeight w:val="567"/>
        </w:trPr>
        <w:tc>
          <w:tcPr>
            <w:tcW w:w="8727" w:type="dxa"/>
            <w:shd w:val="clear" w:color="auto" w:fill="auto"/>
            <w:vAlign w:val="center"/>
          </w:tcPr>
          <w:p w14:paraId="1D01345C" w14:textId="36B617A2" w:rsidR="0004367F" w:rsidRPr="005C0AEA" w:rsidRDefault="004B48AD" w:rsidP="004B48A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4B48A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RM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głowy z kontrastem</w:t>
            </w:r>
            <w:r w:rsidRPr="004B48A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(sekwencje T1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T1+C, T2, FLAIR, DWI, SWI</w:t>
            </w:r>
            <w:r w:rsidRPr="004B48A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)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– w przypadku przeciwwskazań do RM badanie TK głowy z kontrastem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426B3D" w14:textId="1D65A278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5918D761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1BB6F406" w14:textId="77777777" w:rsidTr="004C2131">
        <w:trPr>
          <w:trHeight w:val="567"/>
        </w:trPr>
        <w:tc>
          <w:tcPr>
            <w:tcW w:w="8727" w:type="dxa"/>
            <w:shd w:val="clear" w:color="auto" w:fill="auto"/>
            <w:vAlign w:val="center"/>
          </w:tcPr>
          <w:p w14:paraId="39E20C13" w14:textId="02B564C4" w:rsidR="0004367F" w:rsidRPr="005C0AEA" w:rsidRDefault="009C4028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klatki piersiowej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F60D65" w14:textId="5F16A1CB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0D6CA307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4B48AD" w:rsidRPr="00B20B64" w14:paraId="2D93CCBE" w14:textId="77777777" w:rsidTr="004C2131">
        <w:trPr>
          <w:trHeight w:val="567"/>
        </w:trPr>
        <w:tc>
          <w:tcPr>
            <w:tcW w:w="8727" w:type="dxa"/>
            <w:shd w:val="clear" w:color="auto" w:fill="auto"/>
            <w:vAlign w:val="center"/>
          </w:tcPr>
          <w:p w14:paraId="59132E93" w14:textId="05DC3B4F" w:rsidR="004B48AD" w:rsidRPr="00B20B64" w:rsidRDefault="004B48AD" w:rsidP="004B48A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jamy brzusznej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EE95BE" w14:textId="2062784D" w:rsidR="004B48AD" w:rsidRPr="00B20B64" w:rsidRDefault="004B48AD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0EF379C9" w14:textId="77777777" w:rsidR="004B48AD" w:rsidRPr="00B20B64" w:rsidRDefault="004B48AD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4B48AD" w:rsidRPr="00B20B64" w14:paraId="0CE664C1" w14:textId="77777777" w:rsidTr="004C2131">
        <w:trPr>
          <w:trHeight w:val="567"/>
        </w:trPr>
        <w:tc>
          <w:tcPr>
            <w:tcW w:w="8727" w:type="dxa"/>
            <w:shd w:val="clear" w:color="auto" w:fill="auto"/>
            <w:vAlign w:val="center"/>
          </w:tcPr>
          <w:p w14:paraId="20DD8A76" w14:textId="6C172AF8" w:rsidR="004B48AD" w:rsidRPr="00B20B64" w:rsidRDefault="004B48AD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PET/TK (opcjonalnie)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1595B9" w14:textId="27A2BB47" w:rsidR="004B48AD" w:rsidRPr="00B20B64" w:rsidRDefault="004C2131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4D1DD7A3" w14:textId="77777777" w:rsidR="004B48AD" w:rsidRPr="00B20B64" w:rsidRDefault="004B48AD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543BB" w:rsidRPr="00B20B64" w14:paraId="527D4563" w14:textId="77777777" w:rsidTr="004C2131">
        <w:trPr>
          <w:trHeight w:val="788"/>
        </w:trPr>
        <w:tc>
          <w:tcPr>
            <w:tcW w:w="8727" w:type="dxa"/>
            <w:shd w:val="clear" w:color="auto" w:fill="auto"/>
            <w:vAlign w:val="center"/>
            <w:hideMark/>
          </w:tcPr>
          <w:p w14:paraId="775F941A" w14:textId="5FA1B71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F91601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F91601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………………………………………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8C19F2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703A929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527C0E03" w14:textId="28F76C09" w:rsidR="00B7035E" w:rsidRDefault="00F91601" w:rsidP="004C2131">
      <w:pPr>
        <w:tabs>
          <w:tab w:val="left" w:pos="3675"/>
        </w:tabs>
        <w:spacing w:before="240" w:after="240"/>
        <w:ind w:right="-1469"/>
        <w:jc w:val="both"/>
        <w:rPr>
          <w:lang w:val="pl-PL"/>
        </w:rPr>
      </w:pPr>
      <w:r>
        <w:rPr>
          <w:lang w:val="pl-PL"/>
        </w:rPr>
        <w:tab/>
      </w:r>
    </w:p>
    <w:p w14:paraId="5C4D6E35" w14:textId="2FD77DE5" w:rsidR="00D55415" w:rsidRPr="00CE2C5B" w:rsidRDefault="00D55415" w:rsidP="00D55415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05ACDE8" wp14:editId="769A02BD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E94C48" w14:textId="77777777" w:rsidR="00D55415" w:rsidRDefault="00D55415" w:rsidP="00D5541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50204A8F" w14:textId="77777777" w:rsidR="00D55415" w:rsidRDefault="00D55415" w:rsidP="00D5541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1D93914" w14:textId="77777777" w:rsidR="00D55415" w:rsidRDefault="00D55415" w:rsidP="00D5541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56F61AD" w14:textId="77777777" w:rsidR="00D55415" w:rsidRPr="00DC5F59" w:rsidRDefault="00D55415" w:rsidP="00D5541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1D02E02D" w14:textId="77777777" w:rsidR="00D55415" w:rsidRPr="00DC5F59" w:rsidRDefault="00D55415" w:rsidP="00D55415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05ACDE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">
                <v:textbox>
                  <w:txbxContent>
                    <w:p w14:paraId="4BE94C48" w14:textId="77777777" w:rsidR="00D55415" w:rsidRDefault="00D55415" w:rsidP="00D5541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50204A8F" w14:textId="77777777" w:rsidR="00D55415" w:rsidRDefault="00D55415" w:rsidP="00D5541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1D93914" w14:textId="77777777" w:rsidR="00D55415" w:rsidRDefault="00D55415" w:rsidP="00D5541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56F61AD" w14:textId="77777777" w:rsidR="00D55415" w:rsidRPr="00DC5F59" w:rsidRDefault="00D55415" w:rsidP="00D55415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1D02E02D" w14:textId="77777777" w:rsidR="00D55415" w:rsidRPr="00DC5F59" w:rsidRDefault="00D55415" w:rsidP="00D55415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335D79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2189D91C" w14:textId="77777777" w:rsidR="00D55415" w:rsidRPr="009B7AF7" w:rsidRDefault="00D55415" w:rsidP="00D55415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07D9A0EB" w14:textId="210B5C86" w:rsidR="009F0BB9" w:rsidRPr="00C7534B" w:rsidRDefault="009F0BB9" w:rsidP="00D55415">
      <w:pPr>
        <w:autoSpaceDE w:val="0"/>
        <w:autoSpaceDN w:val="0"/>
        <w:adjustRightInd w:val="0"/>
        <w:spacing w:after="0" w:line="240" w:lineRule="auto"/>
        <w:ind w:right="-1467"/>
        <w:rPr>
          <w:lang w:val="pl-PL"/>
        </w:rPr>
      </w:pPr>
    </w:p>
    <w:sectPr w:rsidR="009F0BB9" w:rsidRPr="00C7534B" w:rsidSect="004C2131">
      <w:headerReference w:type="default" r:id="rId9"/>
      <w:footerReference w:type="default" r:id="rId10"/>
      <w:pgSz w:w="12240" w:h="15840"/>
      <w:pgMar w:top="1487" w:right="1800" w:bottom="568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CC3D94" w14:textId="77777777" w:rsidR="00666259" w:rsidRDefault="00666259" w:rsidP="00562818">
      <w:pPr>
        <w:spacing w:after="0" w:line="240" w:lineRule="auto"/>
      </w:pPr>
      <w:r>
        <w:separator/>
      </w:r>
    </w:p>
  </w:endnote>
  <w:endnote w:type="continuationSeparator" w:id="0">
    <w:p w14:paraId="7A5778EE" w14:textId="77777777" w:rsidR="00666259" w:rsidRDefault="00666259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2D6C28" w14:textId="25C81394" w:rsidR="00F91601" w:rsidRPr="00F91601" w:rsidRDefault="001279FA">
    <w:pPr>
      <w:pStyle w:val="Stopka"/>
      <w:rPr>
        <w:lang w:val="pl-PL"/>
      </w:rPr>
    </w:pPr>
    <w:r>
      <w:rPr>
        <w:rFonts w:ascii="Cambria" w:hAnsi="Cambria"/>
        <w:sz w:val="20"/>
        <w:lang w:val="pl-PL"/>
      </w:rPr>
      <w:t>Wydanie I</w:t>
    </w:r>
    <w:r>
      <w:rPr>
        <w:rFonts w:ascii="Cambria" w:hAnsi="Cambria"/>
        <w:sz w:val="20"/>
        <w:lang w:val="pl-PL"/>
      </w:rPr>
      <w:br/>
      <w:t>Data obowiązywania: 01.04.2025</w:t>
    </w:r>
    <w:r w:rsidR="004C2131" w:rsidRPr="004C2131">
      <w:rPr>
        <w:rFonts w:ascii="Cambria" w:hAnsi="Cambria"/>
        <w:sz w:val="20"/>
        <w:lang w:val="pl-PL"/>
      </w:rPr>
      <w:br/>
    </w:r>
  </w:p>
  <w:p w14:paraId="7F96434E" w14:textId="77777777" w:rsidR="00F91601" w:rsidRPr="00F91601" w:rsidRDefault="00F91601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166673" w14:textId="77777777" w:rsidR="00666259" w:rsidRDefault="00666259" w:rsidP="00562818">
      <w:pPr>
        <w:spacing w:after="0" w:line="240" w:lineRule="auto"/>
      </w:pPr>
      <w:r>
        <w:separator/>
      </w:r>
    </w:p>
  </w:footnote>
  <w:footnote w:type="continuationSeparator" w:id="0">
    <w:p w14:paraId="2AE9DBD5" w14:textId="77777777" w:rsidR="00666259" w:rsidRDefault="00666259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7E3A33F1" w:rsidR="00562818" w:rsidRPr="00C167DB" w:rsidRDefault="004C2131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19E79A91" wp14:editId="65216372">
          <wp:extent cx="1533525" cy="471854"/>
          <wp:effectExtent l="0" t="0" r="0" b="4445"/>
          <wp:docPr id="157831328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147E7"/>
    <w:rsid w:val="00034616"/>
    <w:rsid w:val="0004367F"/>
    <w:rsid w:val="0006063C"/>
    <w:rsid w:val="00074764"/>
    <w:rsid w:val="000900BE"/>
    <w:rsid w:val="000A4A17"/>
    <w:rsid w:val="000B28D3"/>
    <w:rsid w:val="000E0377"/>
    <w:rsid w:val="001014FE"/>
    <w:rsid w:val="00114594"/>
    <w:rsid w:val="001156B8"/>
    <w:rsid w:val="00120BDE"/>
    <w:rsid w:val="00125D8B"/>
    <w:rsid w:val="001279FA"/>
    <w:rsid w:val="0015074B"/>
    <w:rsid w:val="001543BB"/>
    <w:rsid w:val="001A1031"/>
    <w:rsid w:val="00221664"/>
    <w:rsid w:val="00241370"/>
    <w:rsid w:val="00282AB6"/>
    <w:rsid w:val="0029639D"/>
    <w:rsid w:val="002E676F"/>
    <w:rsid w:val="003034C7"/>
    <w:rsid w:val="00326F90"/>
    <w:rsid w:val="0033590E"/>
    <w:rsid w:val="00335D79"/>
    <w:rsid w:val="00354082"/>
    <w:rsid w:val="00356103"/>
    <w:rsid w:val="00386EA5"/>
    <w:rsid w:val="003952CD"/>
    <w:rsid w:val="003D1D15"/>
    <w:rsid w:val="00415E08"/>
    <w:rsid w:val="00434474"/>
    <w:rsid w:val="00492D88"/>
    <w:rsid w:val="004A0AA8"/>
    <w:rsid w:val="004A3C55"/>
    <w:rsid w:val="004B48AD"/>
    <w:rsid w:val="004C2131"/>
    <w:rsid w:val="00562818"/>
    <w:rsid w:val="0059308F"/>
    <w:rsid w:val="005B0008"/>
    <w:rsid w:val="005B5DA2"/>
    <w:rsid w:val="005B62E5"/>
    <w:rsid w:val="005C0AEA"/>
    <w:rsid w:val="005D45AF"/>
    <w:rsid w:val="00644867"/>
    <w:rsid w:val="00654D8A"/>
    <w:rsid w:val="00655DA9"/>
    <w:rsid w:val="00666259"/>
    <w:rsid w:val="006E62B1"/>
    <w:rsid w:val="0070191D"/>
    <w:rsid w:val="007408FD"/>
    <w:rsid w:val="00743429"/>
    <w:rsid w:val="0074489E"/>
    <w:rsid w:val="0075191F"/>
    <w:rsid w:val="0075361A"/>
    <w:rsid w:val="00765B5C"/>
    <w:rsid w:val="007B7A76"/>
    <w:rsid w:val="00815D89"/>
    <w:rsid w:val="008621F9"/>
    <w:rsid w:val="0088022A"/>
    <w:rsid w:val="00884F98"/>
    <w:rsid w:val="00905BF9"/>
    <w:rsid w:val="00906E65"/>
    <w:rsid w:val="009107F2"/>
    <w:rsid w:val="00916DAA"/>
    <w:rsid w:val="00925215"/>
    <w:rsid w:val="00931D70"/>
    <w:rsid w:val="009852E9"/>
    <w:rsid w:val="009B0466"/>
    <w:rsid w:val="009C4028"/>
    <w:rsid w:val="009E4053"/>
    <w:rsid w:val="009F0BB9"/>
    <w:rsid w:val="00A2399A"/>
    <w:rsid w:val="00A30948"/>
    <w:rsid w:val="00A61F1A"/>
    <w:rsid w:val="00A63143"/>
    <w:rsid w:val="00AA1D8D"/>
    <w:rsid w:val="00AD40BB"/>
    <w:rsid w:val="00B12C58"/>
    <w:rsid w:val="00B20B64"/>
    <w:rsid w:val="00B47730"/>
    <w:rsid w:val="00B5346E"/>
    <w:rsid w:val="00B56D06"/>
    <w:rsid w:val="00B7035E"/>
    <w:rsid w:val="00B81D57"/>
    <w:rsid w:val="00B83768"/>
    <w:rsid w:val="00B90F99"/>
    <w:rsid w:val="00BC5906"/>
    <w:rsid w:val="00BF3D4B"/>
    <w:rsid w:val="00C167DB"/>
    <w:rsid w:val="00C27F68"/>
    <w:rsid w:val="00C60B0D"/>
    <w:rsid w:val="00C7534B"/>
    <w:rsid w:val="00CB0664"/>
    <w:rsid w:val="00CD0DBB"/>
    <w:rsid w:val="00D02FBF"/>
    <w:rsid w:val="00D55415"/>
    <w:rsid w:val="00D90CCD"/>
    <w:rsid w:val="00DB1F57"/>
    <w:rsid w:val="00DE2982"/>
    <w:rsid w:val="00DE2FCA"/>
    <w:rsid w:val="00E0611E"/>
    <w:rsid w:val="00E17F00"/>
    <w:rsid w:val="00E4309C"/>
    <w:rsid w:val="00E50A6B"/>
    <w:rsid w:val="00EC65B7"/>
    <w:rsid w:val="00EE067F"/>
    <w:rsid w:val="00EE189E"/>
    <w:rsid w:val="00EE7BD9"/>
    <w:rsid w:val="00F152F2"/>
    <w:rsid w:val="00F35156"/>
    <w:rsid w:val="00F47BDA"/>
    <w:rsid w:val="00F67A19"/>
    <w:rsid w:val="00F710E8"/>
    <w:rsid w:val="00F849F1"/>
    <w:rsid w:val="00F91601"/>
    <w:rsid w:val="00FC693F"/>
    <w:rsid w:val="00FE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185C30F"/>
  <w14:defaultImageDpi w14:val="300"/>
  <w15:docId w15:val="{BBCAB52B-00C8-3B47-87CB-50A2E545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51141D9-6E48-4A8C-B558-49FCDB332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136</Words>
  <Characters>818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953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9</cp:revision>
  <cp:lastPrinted>2025-02-28T10:37:00Z</cp:lastPrinted>
  <dcterms:created xsi:type="dcterms:W3CDTF">2025-03-05T14:52:00Z</dcterms:created>
  <dcterms:modified xsi:type="dcterms:W3CDTF">2025-03-25T07:17:00Z</dcterms:modified>
</cp:coreProperties>
</file>