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1380408D" w14:textId="7A3911A8" w:rsidR="00F67A19" w:rsidRPr="00C167DB" w:rsidRDefault="005779D3" w:rsidP="005779D3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171EB45A" wp14:editId="5D7CD8B1">
                <wp:simplePos x="0" y="0"/>
                <wp:positionH relativeFrom="page">
                  <wp:posOffset>304800</wp:posOffset>
                </wp:positionH>
                <wp:positionV relativeFrom="topMargin">
                  <wp:posOffset>1135380</wp:posOffset>
                </wp:positionV>
                <wp:extent cx="7204710" cy="530225"/>
                <wp:effectExtent l="0" t="0" r="1524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471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7538FD8B" w14:textId="3BE818E9" w:rsidR="00F67A19" w:rsidRPr="00B12C58" w:rsidRDefault="00F67A19" w:rsidP="00F67A19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58" y="360"/>
                            <a:ext cx="4225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A18E5" w14:textId="26EB21CE" w:rsidR="00F67A19" w:rsidRPr="00FF5FFD" w:rsidRDefault="00F67A19" w:rsidP="00F67A19">
                              <w:pPr>
                                <w:pStyle w:val="Nagwek"/>
                                <w:rPr>
                                  <w:b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FF5FFD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1EB45A" id="Grupa 196" o:spid="_x0000_s1026" style="position:absolute;left:0;text-align:left;margin-left:24pt;margin-top:89.4pt;width:567.3pt;height:41.7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7538FD8B" w14:textId="3BE818E9" w:rsidR="00F67A19" w:rsidRPr="00B12C58" w:rsidRDefault="00F67A19" w:rsidP="00F67A19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58;top:360;width:4225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5A7A18E5" w14:textId="26EB21CE" w:rsidR="00F67A19" w:rsidRPr="00FF5FFD" w:rsidRDefault="00F67A19" w:rsidP="00F67A19">
                        <w:pPr>
                          <w:pStyle w:val="Nagwek"/>
                          <w:rPr>
                            <w:b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FF5FFD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F561FC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FF5FFD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F561FC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FF5FFD">
        <w:rPr>
          <w:rFonts w:ascii="Cambria" w:hAnsi="Cambria"/>
          <w:b/>
          <w:bCs/>
          <w:sz w:val="20"/>
          <w:szCs w:val="28"/>
          <w:lang w:val="pl-PL"/>
        </w:rPr>
        <w:t xml:space="preserve">50 </w:t>
      </w:r>
      <w:r w:rsidR="00F67A19" w:rsidRPr="00C167DB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380225">
        <w:rPr>
          <w:rFonts w:ascii="Cambria" w:hAnsi="Cambria"/>
          <w:b/>
          <w:bCs/>
          <w:sz w:val="20"/>
          <w:szCs w:val="28"/>
          <w:lang w:val="pl-PL"/>
        </w:rPr>
        <w:t>.18</w:t>
      </w:r>
    </w:p>
    <w:tbl>
      <w:tblPr>
        <w:tblStyle w:val="Tabela-Siatka"/>
        <w:tblpPr w:leftFromText="141" w:rightFromText="141" w:vertAnchor="text" w:horzAnchor="page" w:tblpX="8641" w:tblpY="14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FF5FFD" w14:paraId="65FE3DFB" w14:textId="77777777" w:rsidTr="00AA61D1">
        <w:trPr>
          <w:trHeight w:val="462"/>
        </w:trPr>
        <w:tc>
          <w:tcPr>
            <w:tcW w:w="280" w:type="dxa"/>
            <w:vAlign w:val="center"/>
          </w:tcPr>
          <w:p w14:paraId="785952DA" w14:textId="0108DE86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5CC697D" w14:textId="06C2FA4C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DF7904A" w14:textId="0C071526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D674357" w14:textId="0CE0180B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D8F6659" w14:textId="3392414E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1566D61" w14:textId="60583912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BAEDE41" w14:textId="0BE4B74A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E915069" w14:textId="61F194C2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7C6A7A2" w14:textId="06E6DE7A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B19C360" w14:textId="75382B6D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6690553" w14:textId="65A49014" w:rsidR="00FF5FFD" w:rsidRDefault="00FF5FFD" w:rsidP="00AA61D1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A39294E" w14:textId="288874C0" w:rsidR="00F67A19" w:rsidRDefault="00F67A19" w:rsidP="00F67A1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DF26523" w14:textId="351D0255" w:rsidR="00F67A19" w:rsidRDefault="00F67A19" w:rsidP="00F67A1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9C0B362" w14:textId="7A92579A" w:rsidR="001543BB" w:rsidRDefault="00C167DB" w:rsidP="005779D3">
      <w:pPr>
        <w:spacing w:before="120" w:after="24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 xml:space="preserve">Guz </w:t>
      </w:r>
      <w:r w:rsidR="00D03868">
        <w:rPr>
          <w:b/>
          <w:color w:val="548DD4" w:themeColor="text2" w:themeTint="99"/>
          <w:sz w:val="32"/>
          <w:lang w:val="pl-PL"/>
        </w:rPr>
        <w:t>kręgosłupa</w:t>
      </w:r>
      <w:r w:rsidR="001543BB" w:rsidRPr="00B20B64">
        <w:rPr>
          <w:b/>
          <w:color w:val="548DD4" w:themeColor="text2" w:themeTint="99"/>
          <w:sz w:val="32"/>
          <w:lang w:val="pl-PL"/>
        </w:rPr>
        <w:t xml:space="preserve">  (ICD-10: C</w:t>
      </w:r>
      <w:r w:rsidR="00D03868">
        <w:rPr>
          <w:b/>
          <w:color w:val="548DD4" w:themeColor="text2" w:themeTint="99"/>
          <w:sz w:val="32"/>
          <w:lang w:val="pl-PL"/>
        </w:rPr>
        <w:t>41.2, C79.5</w:t>
      </w:r>
      <w:r w:rsidR="001543BB" w:rsidRPr="00B20B64">
        <w:rPr>
          <w:b/>
          <w:color w:val="548DD4" w:themeColor="text2" w:themeTint="99"/>
          <w:sz w:val="32"/>
          <w:lang w:val="pl-PL"/>
        </w:rPr>
        <w:t>)</w:t>
      </w:r>
      <w:r w:rsidR="001543BB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1543BB" w:rsidRPr="00F35156">
        <w:rPr>
          <w:b/>
          <w:sz w:val="28"/>
          <w:lang w:val="pl-PL"/>
        </w:rPr>
        <w:t>Checklista</w:t>
      </w:r>
      <w:proofErr w:type="spellEnd"/>
      <w:r w:rsidR="001543BB" w:rsidRPr="00F35156">
        <w:rPr>
          <w:b/>
          <w:sz w:val="28"/>
          <w:lang w:val="pl-PL"/>
        </w:rPr>
        <w:t xml:space="preserve"> – badania</w:t>
      </w:r>
    </w:p>
    <w:tbl>
      <w:tblPr>
        <w:tblW w:w="11199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85"/>
        <w:gridCol w:w="1134"/>
        <w:gridCol w:w="1480"/>
      </w:tblGrid>
      <w:tr w:rsidR="001543BB" w:rsidRPr="00B20B64" w14:paraId="27270CDA" w14:textId="77777777" w:rsidTr="005779D3">
        <w:trPr>
          <w:trHeight w:val="660"/>
        </w:trPr>
        <w:tc>
          <w:tcPr>
            <w:tcW w:w="8585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5779D3">
        <w:trPr>
          <w:trHeight w:val="525"/>
        </w:trPr>
        <w:tc>
          <w:tcPr>
            <w:tcW w:w="8585" w:type="dxa"/>
            <w:shd w:val="clear" w:color="auto" w:fill="auto"/>
            <w:vAlign w:val="center"/>
            <w:hideMark/>
          </w:tcPr>
          <w:p w14:paraId="01060EA4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Badanie neurologiczne obejmujące:</w:t>
            </w:r>
          </w:p>
          <w:p w14:paraId="3E4F8388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stan ogólny – skala KPS i ECOG</w:t>
            </w:r>
          </w:p>
          <w:p w14:paraId="4FA02FC2" w14:textId="1A756306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- </w:t>
            </w:r>
            <w:r w:rsidR="00D038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ocena bólu kręgosłupa wg VAS</w:t>
            </w:r>
          </w:p>
          <w:p w14:paraId="5178C9F5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deficyty neurologiczne</w:t>
            </w:r>
          </w:p>
          <w:p w14:paraId="2024C8AF" w14:textId="51FC2848" w:rsidR="001543BB" w:rsidRPr="00B20B64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- dane z wywiadu: czas trwania i charakter objawów (deficyty neurologiczne i </w:t>
            </w:r>
            <w:r w:rsidR="00D038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ból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  <w:r w:rsidR="0004367F"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4367F" w:rsidRPr="00B20B64" w14:paraId="187A0AE8" w14:textId="77777777" w:rsidTr="005779D3">
        <w:trPr>
          <w:trHeight w:val="567"/>
        </w:trPr>
        <w:tc>
          <w:tcPr>
            <w:tcW w:w="8585" w:type="dxa"/>
            <w:shd w:val="clear" w:color="auto" w:fill="auto"/>
            <w:vAlign w:val="center"/>
          </w:tcPr>
          <w:p w14:paraId="50DDB4E0" w14:textId="129F871C" w:rsidR="0004367F" w:rsidRPr="005C0AEA" w:rsidRDefault="004B48AD" w:rsidP="00B81D5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TK </w:t>
            </w:r>
            <w:r w:rsidR="00D0386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kręgosłupa bez kontrastu</w:t>
            </w:r>
            <w:r w:rsidR="00C167DB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70D6DB" w14:textId="65B64AEF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57EF7576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290B845F" w14:textId="77777777" w:rsidTr="005779D3">
        <w:trPr>
          <w:trHeight w:val="567"/>
        </w:trPr>
        <w:tc>
          <w:tcPr>
            <w:tcW w:w="8585" w:type="dxa"/>
            <w:shd w:val="clear" w:color="auto" w:fill="auto"/>
            <w:vAlign w:val="center"/>
          </w:tcPr>
          <w:p w14:paraId="1D01345C" w14:textId="723F0ECE" w:rsidR="0004367F" w:rsidRPr="005C0AEA" w:rsidRDefault="004B48AD" w:rsidP="004B48A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B48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RM </w:t>
            </w:r>
            <w:r w:rsidR="00D038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kręgosłupa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z kontrastem</w:t>
            </w:r>
            <w:r w:rsidRPr="004B48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(sekwencje T1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T1+C, T2, </w:t>
            </w:r>
            <w:r w:rsidR="00D038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STIR</w:t>
            </w:r>
            <w:r w:rsidRPr="004B48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w przypadku przeciwwskazań do RM badanie TK</w:t>
            </w:r>
            <w:r w:rsidR="00D038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kręgosłupa z kontrastem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426B3D" w14:textId="1D65A278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5918D761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1BB6F406" w14:textId="77777777" w:rsidTr="005779D3">
        <w:trPr>
          <w:trHeight w:val="567"/>
        </w:trPr>
        <w:tc>
          <w:tcPr>
            <w:tcW w:w="8585" w:type="dxa"/>
            <w:shd w:val="clear" w:color="auto" w:fill="auto"/>
            <w:vAlign w:val="center"/>
          </w:tcPr>
          <w:p w14:paraId="39E20C13" w14:textId="02B564C4" w:rsidR="0004367F" w:rsidRPr="005C0AEA" w:rsidRDefault="009C4028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F60D65" w14:textId="5F16A1CB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D6CA307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4B48AD" w:rsidRPr="00B20B64" w14:paraId="2D93CCBE" w14:textId="77777777" w:rsidTr="005779D3">
        <w:trPr>
          <w:trHeight w:val="567"/>
        </w:trPr>
        <w:tc>
          <w:tcPr>
            <w:tcW w:w="8585" w:type="dxa"/>
            <w:shd w:val="clear" w:color="auto" w:fill="auto"/>
            <w:vAlign w:val="center"/>
          </w:tcPr>
          <w:p w14:paraId="59132E93" w14:textId="05DC3B4F" w:rsidR="004B48AD" w:rsidRPr="00B20B64" w:rsidRDefault="004B48AD" w:rsidP="004B48A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EE95BE" w14:textId="2062784D" w:rsidR="004B48AD" w:rsidRPr="00B20B64" w:rsidRDefault="004B48AD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EF379C9" w14:textId="77777777" w:rsidR="004B48AD" w:rsidRPr="00B20B64" w:rsidRDefault="004B48AD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4B48AD" w:rsidRPr="00B20B64" w14:paraId="0CE664C1" w14:textId="77777777" w:rsidTr="005779D3">
        <w:trPr>
          <w:trHeight w:val="567"/>
        </w:trPr>
        <w:tc>
          <w:tcPr>
            <w:tcW w:w="8585" w:type="dxa"/>
            <w:shd w:val="clear" w:color="auto" w:fill="auto"/>
            <w:vAlign w:val="center"/>
          </w:tcPr>
          <w:p w14:paraId="20DD8A76" w14:textId="6C172AF8" w:rsidR="004B48AD" w:rsidRPr="00B20B64" w:rsidRDefault="004B48AD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PET/TK (opcjonalnie)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1595B9" w14:textId="1BBA75E5" w:rsidR="004B48AD" w:rsidRPr="00B20B64" w:rsidRDefault="00C31D1A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4D1DD7A3" w14:textId="77777777" w:rsidR="004B48AD" w:rsidRPr="00B20B64" w:rsidRDefault="004B48AD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527D4563" w14:textId="77777777" w:rsidTr="005779D3">
        <w:trPr>
          <w:trHeight w:val="567"/>
        </w:trPr>
        <w:tc>
          <w:tcPr>
            <w:tcW w:w="8585" w:type="dxa"/>
            <w:shd w:val="clear" w:color="auto" w:fill="auto"/>
            <w:vAlign w:val="center"/>
            <w:hideMark/>
          </w:tcPr>
          <w:p w14:paraId="775F941A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Inne (jakie?) …........................................................................................................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8C19F2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703A929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2ADBC959" w14:textId="77777777" w:rsidR="001543BB" w:rsidRDefault="001543BB" w:rsidP="001543BB">
      <w:pPr>
        <w:spacing w:before="240" w:after="240"/>
        <w:ind w:right="-1469"/>
        <w:jc w:val="both"/>
        <w:rPr>
          <w:lang w:val="pl-PL"/>
        </w:rPr>
      </w:pPr>
    </w:p>
    <w:p w14:paraId="527C0E03" w14:textId="725D1272" w:rsidR="00B7035E" w:rsidRDefault="00380225" w:rsidP="00380225">
      <w:pPr>
        <w:tabs>
          <w:tab w:val="left" w:pos="1020"/>
        </w:tabs>
        <w:spacing w:before="240" w:after="240"/>
        <w:ind w:right="-1469"/>
        <w:jc w:val="both"/>
        <w:rPr>
          <w:lang w:val="pl-PL"/>
        </w:rPr>
      </w:pPr>
      <w:r>
        <w:rPr>
          <w:lang w:val="pl-PL"/>
        </w:rPr>
        <w:tab/>
      </w:r>
    </w:p>
    <w:p w14:paraId="5B19E44C" w14:textId="45D84646" w:rsidR="00F561FC" w:rsidRPr="00CE2C5B" w:rsidRDefault="00F561FC" w:rsidP="00F561FC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FAA866" wp14:editId="3B1B3ADB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56997" w14:textId="77777777" w:rsidR="00F561FC" w:rsidRDefault="00F561FC" w:rsidP="00F561FC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0F0B319" w14:textId="77777777" w:rsidR="00F561FC" w:rsidRDefault="00F561FC" w:rsidP="00F561FC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D13BFFE" w14:textId="77777777" w:rsidR="00F561FC" w:rsidRDefault="00F561FC" w:rsidP="00F561FC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9B93B0E" w14:textId="77777777" w:rsidR="00F561FC" w:rsidRPr="00DC5F59" w:rsidRDefault="00F561FC" w:rsidP="00F561FC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621B625F" w14:textId="77777777" w:rsidR="00F561FC" w:rsidRPr="00DC5F59" w:rsidRDefault="00F561FC" w:rsidP="00F561FC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0FAA86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6B456997" w14:textId="77777777" w:rsidR="00F561FC" w:rsidRDefault="00F561FC" w:rsidP="00F561FC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0F0B319" w14:textId="77777777" w:rsidR="00F561FC" w:rsidRDefault="00F561FC" w:rsidP="00F561FC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D13BFFE" w14:textId="77777777" w:rsidR="00F561FC" w:rsidRDefault="00F561FC" w:rsidP="00F561FC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9B93B0E" w14:textId="77777777" w:rsidR="00F561FC" w:rsidRPr="00DC5F59" w:rsidRDefault="00F561FC" w:rsidP="00F561FC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621B625F" w14:textId="77777777" w:rsidR="00F561FC" w:rsidRPr="00DC5F59" w:rsidRDefault="00F561FC" w:rsidP="00F561FC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563C40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0B582E73" w14:textId="77777777" w:rsidR="00F561FC" w:rsidRPr="009B7AF7" w:rsidRDefault="00F561FC" w:rsidP="00F561FC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3E44AA48" w:rsidR="009F0BB9" w:rsidRPr="00C7534B" w:rsidRDefault="009F0BB9" w:rsidP="00F561FC">
      <w:pPr>
        <w:autoSpaceDE w:val="0"/>
        <w:autoSpaceDN w:val="0"/>
        <w:adjustRightInd w:val="0"/>
        <w:spacing w:after="0" w:line="240" w:lineRule="auto"/>
        <w:ind w:right="-1467"/>
        <w:rPr>
          <w:lang w:val="pl-PL"/>
        </w:rPr>
      </w:pPr>
    </w:p>
    <w:sectPr w:rsidR="009F0BB9" w:rsidRPr="00C7534B" w:rsidSect="005779D3">
      <w:headerReference w:type="default" r:id="rId9"/>
      <w:footerReference w:type="default" r:id="rId10"/>
      <w:pgSz w:w="12240" w:h="15840"/>
      <w:pgMar w:top="1345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0E36E2" w14:textId="77777777" w:rsidR="009069C6" w:rsidRDefault="009069C6" w:rsidP="00562818">
      <w:pPr>
        <w:spacing w:after="0" w:line="240" w:lineRule="auto"/>
      </w:pPr>
      <w:r>
        <w:separator/>
      </w:r>
    </w:p>
  </w:endnote>
  <w:endnote w:type="continuationSeparator" w:id="0">
    <w:p w14:paraId="5708D150" w14:textId="77777777" w:rsidR="009069C6" w:rsidRDefault="009069C6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4ECEA5" w14:textId="0EBC764C" w:rsidR="00380225" w:rsidRPr="005779D3" w:rsidRDefault="005779D3">
    <w:pPr>
      <w:pStyle w:val="Stopka"/>
      <w:rPr>
        <w:sz w:val="20"/>
        <w:szCs w:val="20"/>
        <w:lang w:val="pl-PL"/>
      </w:rPr>
    </w:pPr>
    <w:r w:rsidRPr="005779D3">
      <w:rPr>
        <w:rFonts w:ascii="Cambria" w:hAnsi="Cambria"/>
        <w:sz w:val="20"/>
        <w:lang w:val="pl-PL"/>
      </w:rPr>
      <w:t>Wydani</w:t>
    </w:r>
    <w:r w:rsidR="00835C7D">
      <w:rPr>
        <w:rFonts w:ascii="Cambria" w:hAnsi="Cambria"/>
        <w:sz w:val="20"/>
        <w:lang w:val="pl-PL"/>
      </w:rPr>
      <w:t>e I</w:t>
    </w:r>
    <w:r w:rsidR="00835C7D">
      <w:rPr>
        <w:rFonts w:ascii="Cambria" w:hAnsi="Cambria"/>
        <w:sz w:val="20"/>
        <w:lang w:val="pl-PL"/>
      </w:rPr>
      <w:br/>
      <w:t>Data obowiązywania: 01.04.2025</w:t>
    </w:r>
  </w:p>
  <w:p w14:paraId="532E5D15" w14:textId="77777777" w:rsidR="00380225" w:rsidRPr="00380225" w:rsidRDefault="00380225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120A1A" w14:textId="77777777" w:rsidR="009069C6" w:rsidRDefault="009069C6" w:rsidP="00562818">
      <w:pPr>
        <w:spacing w:after="0" w:line="240" w:lineRule="auto"/>
      </w:pPr>
      <w:r>
        <w:separator/>
      </w:r>
    </w:p>
  </w:footnote>
  <w:footnote w:type="continuationSeparator" w:id="0">
    <w:p w14:paraId="6066EAEA" w14:textId="77777777" w:rsidR="009069C6" w:rsidRDefault="009069C6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7B53B6D7" w:rsidR="00562818" w:rsidRPr="00C167DB" w:rsidRDefault="005779D3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559A57F5" wp14:editId="1D2D239A">
          <wp:extent cx="1533525" cy="471854"/>
          <wp:effectExtent l="0" t="0" r="0" b="4445"/>
          <wp:docPr id="19482909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4367F"/>
    <w:rsid w:val="0006063C"/>
    <w:rsid w:val="00074764"/>
    <w:rsid w:val="000900BE"/>
    <w:rsid w:val="000A4A17"/>
    <w:rsid w:val="000B28D3"/>
    <w:rsid w:val="000E0377"/>
    <w:rsid w:val="001014FE"/>
    <w:rsid w:val="00114594"/>
    <w:rsid w:val="001156B8"/>
    <w:rsid w:val="00120BDE"/>
    <w:rsid w:val="00125D8B"/>
    <w:rsid w:val="0015074B"/>
    <w:rsid w:val="001543BB"/>
    <w:rsid w:val="001A1031"/>
    <w:rsid w:val="00221664"/>
    <w:rsid w:val="00221E05"/>
    <w:rsid w:val="00241370"/>
    <w:rsid w:val="0029639D"/>
    <w:rsid w:val="002E676F"/>
    <w:rsid w:val="002F7E03"/>
    <w:rsid w:val="003034C7"/>
    <w:rsid w:val="00326F90"/>
    <w:rsid w:val="00354082"/>
    <w:rsid w:val="00356103"/>
    <w:rsid w:val="00380225"/>
    <w:rsid w:val="00386EA5"/>
    <w:rsid w:val="003952CD"/>
    <w:rsid w:val="003D1D15"/>
    <w:rsid w:val="003F7A87"/>
    <w:rsid w:val="00415E08"/>
    <w:rsid w:val="0043117C"/>
    <w:rsid w:val="00434474"/>
    <w:rsid w:val="00492D88"/>
    <w:rsid w:val="004A0AA8"/>
    <w:rsid w:val="004A3C55"/>
    <w:rsid w:val="004B48AD"/>
    <w:rsid w:val="00562818"/>
    <w:rsid w:val="00563C40"/>
    <w:rsid w:val="005779D3"/>
    <w:rsid w:val="0059308F"/>
    <w:rsid w:val="005B0008"/>
    <w:rsid w:val="005B5DA2"/>
    <w:rsid w:val="005C0AEA"/>
    <w:rsid w:val="005D45AF"/>
    <w:rsid w:val="00644867"/>
    <w:rsid w:val="00655DA9"/>
    <w:rsid w:val="00666259"/>
    <w:rsid w:val="006D49E7"/>
    <w:rsid w:val="006E62B1"/>
    <w:rsid w:val="0070191D"/>
    <w:rsid w:val="0070325C"/>
    <w:rsid w:val="007408FD"/>
    <w:rsid w:val="00743429"/>
    <w:rsid w:val="0074489E"/>
    <w:rsid w:val="0075191F"/>
    <w:rsid w:val="00765B5C"/>
    <w:rsid w:val="007B7A76"/>
    <w:rsid w:val="00815D89"/>
    <w:rsid w:val="00835C7D"/>
    <w:rsid w:val="008621F9"/>
    <w:rsid w:val="00884F98"/>
    <w:rsid w:val="008F1DD0"/>
    <w:rsid w:val="009069C6"/>
    <w:rsid w:val="00906E65"/>
    <w:rsid w:val="009107F2"/>
    <w:rsid w:val="009150EE"/>
    <w:rsid w:val="00925215"/>
    <w:rsid w:val="00931D70"/>
    <w:rsid w:val="009852E9"/>
    <w:rsid w:val="009B0466"/>
    <w:rsid w:val="009C4028"/>
    <w:rsid w:val="009E4053"/>
    <w:rsid w:val="009F0BB9"/>
    <w:rsid w:val="00A2399A"/>
    <w:rsid w:val="00A61F1A"/>
    <w:rsid w:val="00A63143"/>
    <w:rsid w:val="00AA1D8D"/>
    <w:rsid w:val="00AA61D1"/>
    <w:rsid w:val="00AD40BB"/>
    <w:rsid w:val="00B12C58"/>
    <w:rsid w:val="00B20B64"/>
    <w:rsid w:val="00B47730"/>
    <w:rsid w:val="00B5346E"/>
    <w:rsid w:val="00B56D06"/>
    <w:rsid w:val="00B7035E"/>
    <w:rsid w:val="00B81D57"/>
    <w:rsid w:val="00B83768"/>
    <w:rsid w:val="00B90F99"/>
    <w:rsid w:val="00BC5906"/>
    <w:rsid w:val="00BF3D4B"/>
    <w:rsid w:val="00C167DB"/>
    <w:rsid w:val="00C27F68"/>
    <w:rsid w:val="00C31D1A"/>
    <w:rsid w:val="00C43AC1"/>
    <w:rsid w:val="00C60B0D"/>
    <w:rsid w:val="00C7534B"/>
    <w:rsid w:val="00C97C06"/>
    <w:rsid w:val="00CB0664"/>
    <w:rsid w:val="00CD0DBB"/>
    <w:rsid w:val="00D02FBF"/>
    <w:rsid w:val="00D03868"/>
    <w:rsid w:val="00D90CCD"/>
    <w:rsid w:val="00DB1F57"/>
    <w:rsid w:val="00DE2982"/>
    <w:rsid w:val="00DE2FCA"/>
    <w:rsid w:val="00E0611E"/>
    <w:rsid w:val="00E17F00"/>
    <w:rsid w:val="00E4309C"/>
    <w:rsid w:val="00E50A6B"/>
    <w:rsid w:val="00E53505"/>
    <w:rsid w:val="00EC65B7"/>
    <w:rsid w:val="00EE067F"/>
    <w:rsid w:val="00EE189E"/>
    <w:rsid w:val="00EE7BD9"/>
    <w:rsid w:val="00F152F2"/>
    <w:rsid w:val="00F35156"/>
    <w:rsid w:val="00F561FC"/>
    <w:rsid w:val="00F67A19"/>
    <w:rsid w:val="00F710E8"/>
    <w:rsid w:val="00F849F1"/>
    <w:rsid w:val="00FC693F"/>
    <w:rsid w:val="00FE7AE1"/>
    <w:rsid w:val="00FF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85C30F"/>
  <w14:defaultImageDpi w14:val="300"/>
  <w15:docId w15:val="{BBCAB52B-00C8-3B47-87CB-50A2E545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2F1C000-DD71-439C-99F0-86D8016E7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895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11</cp:revision>
  <cp:lastPrinted>2025-03-12T14:49:00Z</cp:lastPrinted>
  <dcterms:created xsi:type="dcterms:W3CDTF">2025-03-03T12:47:00Z</dcterms:created>
  <dcterms:modified xsi:type="dcterms:W3CDTF">2025-03-25T07:18:00Z</dcterms:modified>
</cp:coreProperties>
</file>