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Hlk191630571"/>
    <w:p w14:paraId="647A278E" w14:textId="3C5B8659" w:rsidR="00F32147" w:rsidRPr="00060FCF" w:rsidRDefault="0031336B" w:rsidP="0031336B">
      <w:pPr>
        <w:ind w:right="-1326"/>
        <w:jc w:val="right"/>
        <w:rPr>
          <w:rFonts w:ascii="Cambria" w:hAnsi="Cambria"/>
          <w:b/>
          <w:bCs/>
          <w:sz w:val="20"/>
          <w:szCs w:val="28"/>
          <w:lang w:val="pl-PL"/>
        </w:rPr>
      </w:pPr>
      <w:r>
        <w:rPr>
          <w:noProof/>
          <w:lang w:val="pl-PL" w:eastAsia="pl-PL"/>
        </w:rPr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499F8193" wp14:editId="545329B5">
                <wp:simplePos x="0" y="0"/>
                <wp:positionH relativeFrom="page">
                  <wp:posOffset>304800</wp:posOffset>
                </wp:positionH>
                <wp:positionV relativeFrom="topMargin">
                  <wp:posOffset>1181100</wp:posOffset>
                </wp:positionV>
                <wp:extent cx="7175483" cy="530225"/>
                <wp:effectExtent l="0" t="0" r="26035" b="22225"/>
                <wp:wrapNone/>
                <wp:docPr id="1" name="Grupa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75483" cy="530225"/>
                          <a:chOff x="330" y="308"/>
                          <a:chExt cx="11586" cy="835"/>
                        </a:xfrm>
                      </wpg:grpSpPr>
                      <wps:wsp>
                        <wps:cNvPr id="2" name="Rectangle 197"/>
                        <wps:cNvSpPr>
                          <a:spLocks noChangeArrowheads="1"/>
                        </wps:cNvSpPr>
                        <wps:spPr bwMode="auto">
                          <a:xfrm>
                            <a:off x="377" y="360"/>
                            <a:ext cx="745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7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1905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sdt>
                              <w:sdtPr>
                                <w:rPr>
                                  <w:b/>
                                  <w:szCs w:val="28"/>
                                </w:rPr>
                                <w:alias w:val="Tytuł"/>
                                <w:id w:val="2112389221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p w14:paraId="38966AE2" w14:textId="1B4B28EB" w:rsidR="00F32147" w:rsidRPr="00B12C58" w:rsidRDefault="00F32147" w:rsidP="00F32147">
                                  <w:pPr>
                                    <w:pStyle w:val="Nagwek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szCs w:val="28"/>
                                      <w:lang w:val="pl-PL"/>
                                    </w:rPr>
                                    <w:t>Imię i nazwisko pacjenta:</w:t>
                                  </w:r>
                                </w:p>
                              </w:sdtContent>
                            </w:sdt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Rectangle 198"/>
                        <wps:cNvSpPr>
                          <a:spLocks noChangeArrowheads="1"/>
                        </wps:cNvSpPr>
                        <wps:spPr bwMode="auto">
                          <a:xfrm>
                            <a:off x="7774" y="360"/>
                            <a:ext cx="4108" cy="720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extLst>
                            <a:ext uri="{91240B29-F687-4F45-9708-019B960494DF}">
                              <a14:hiddenLine xmlns:a14="http://schemas.microsoft.com/office/drawing/2010/main" w="25400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D122AB" w14:textId="57CC6CE3" w:rsidR="00F32147" w:rsidRPr="00B12C58" w:rsidRDefault="00F32147" w:rsidP="00F32147">
                              <w:pPr>
                                <w:pStyle w:val="Nagwek"/>
                                <w:rPr>
                                  <w:b/>
                                  <w:sz w:val="24"/>
                                  <w:szCs w:val="36"/>
                                </w:rPr>
                              </w:pPr>
                              <w:r w:rsidRPr="00B12C58">
                                <w:rPr>
                                  <w:b/>
                                  <w:szCs w:val="36"/>
                                </w:rPr>
                                <w:t>PESEL:</w:t>
                              </w:r>
                              <w:r w:rsidR="008345F8">
                                <w:rPr>
                                  <w:b/>
                                  <w:szCs w:val="36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Rectangle 199"/>
                        <wps:cNvSpPr>
                          <a:spLocks noChangeArrowheads="1"/>
                        </wps:cNvSpPr>
                        <wps:spPr bwMode="auto">
                          <a:xfrm>
                            <a:off x="330" y="308"/>
                            <a:ext cx="11586" cy="83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99F8193" id="Grupa 196" o:spid="_x0000_s1026" style="position:absolute;left:0;text-align:left;margin-left:24pt;margin-top:93pt;width:565pt;height:41.75pt;z-index:-251657216;mso-position-horizontal-relative:page;mso-position-vertical-relative:top-margin-area" coordorigin="330,308" coordsize="11586,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" o:allowincell="f">
                <v:rect id="Rectangle 197" o:spid="_x0000_s1027" style="position:absolute;left:377;top:360;width:745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/w58sEA&#10;AADaAAAADwAAAGRycy9kb3ducmV2LnhtbESPT4vCMBTE78J+h/AWvNl0BUWqUWRhYQ978O/B26N5&#10;TYPNS7eJWr+9EQSPw8z8hlmseteIK3XBelbwleUgiEuvLRsFh/3PaAYiRGSNjWdScKcAq+XHYIGF&#10;9jfe0nUXjUgQDgUqqGNsCylDWZPDkPmWOHmV7xzGJDsjdYe3BHeNHOf5VDq0nBZqbOm7pvK8uzgF&#10;GxMP0tIst/4Y9lV1mfz9m5NSw89+PQcRqY/v8Kv9qxWM4Xkl3QC5f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/8OfLBAAAA2gAAAA8AAAAAAAAAAAAAAAAAmAIAAGRycy9kb3du&#10;cmV2LnhtbFBLBQYAAAAABAAEAPUAAACGAwAAAAA=&#10;" fillcolor="#bfbfbf [2412]" stroked="f" strokecolor="white" strokeweight="1.5pt">
                  <v:textbox>
                    <w:txbxContent>
                      <w:sdt>
                        <w:sdtPr>
                          <w:rPr>
                            <w:b/>
                            <w:szCs w:val="28"/>
                          </w:rPr>
                          <w:alias w:val="Tytuł"/>
                          <w:id w:val="2112389221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p w14:paraId="38966AE2" w14:textId="1B4B28EB" w:rsidR="00F32147" w:rsidRPr="00B12C58" w:rsidRDefault="00F32147" w:rsidP="00F32147">
                            <w:pPr>
                              <w:pStyle w:val="Nagwek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Cs w:val="28"/>
                                <w:lang w:val="pl-PL"/>
                              </w:rPr>
                              <w:t>Imię i nazwisko pacjenta:</w:t>
                            </w:r>
                          </w:p>
                        </w:sdtContent>
                      </w:sdt>
                    </w:txbxContent>
                  </v:textbox>
                </v:rect>
                <v:rect id="Rectangle 198" o:spid="_x0000_s1028" style="position:absolute;left:7774;top:360;width:4108;height:7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4a18EA&#10;AADaAAAADwAAAGRycy9kb3ducmV2LnhtbESPwWrDMBBE74X8g9hAL6WWmxbHuFFCKBh8bJ18wGJt&#10;LVNrZSQldv8+ChR6HGbmDbM7LHYUV/JhcKzgJctBEHdOD9wrOJ/q5xJEiMgaR8ek4JcCHParhx1W&#10;2s38Rdc29iJBOFSowMQ4VVKGzpDFkLmJOHnfzluMSfpeao9zgttRbvK8kBYHTgsGJ/ow1P20F6vA&#10;mk/cFpuYh7q1T8Y3zVCWb0o9rpfjO4hIS/wP/7UbreAV7lfSDZD7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luGtfBAAAA2gAAAA8AAAAAAAAAAAAAAAAAmAIAAGRycy9kb3du&#10;cmV2LnhtbFBLBQYAAAAABAAEAPUAAACGAwAAAAA=&#10;" fillcolor="#f2f2f2 [3052]" stroked="f" strokecolor="white" strokeweight="2pt">
                  <v:textbox>
                    <w:txbxContent>
                      <w:p w14:paraId="7AD122AB" w14:textId="57CC6CE3" w:rsidR="00F32147" w:rsidRPr="00B12C58" w:rsidRDefault="00F32147" w:rsidP="00F32147">
                        <w:pPr>
                          <w:pStyle w:val="Nagwek"/>
                          <w:rPr>
                            <w:b/>
                            <w:sz w:val="24"/>
                            <w:szCs w:val="36"/>
                          </w:rPr>
                        </w:pPr>
                        <w:r w:rsidRPr="00B12C58">
                          <w:rPr>
                            <w:b/>
                            <w:szCs w:val="36"/>
                          </w:rPr>
                          <w:t>PESEL:</w:t>
                        </w:r>
                        <w:r w:rsidR="008345F8">
                          <w:rPr>
                            <w:b/>
                            <w:szCs w:val="36"/>
                          </w:rPr>
                          <w:t xml:space="preserve">  </w:t>
                        </w:r>
                        <w:bookmarkStart w:id="2" w:name="_GoBack"/>
                        <w:bookmarkEnd w:id="2"/>
                      </w:p>
                    </w:txbxContent>
                  </v:textbox>
                </v:rect>
                <v:rect id="Rectangle 199" o:spid="_x0000_s1029" style="position:absolute;left:330;top:308;width:11586;height:8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TfhAcMA&#10;AADaAAAADwAAAGRycy9kb3ducmV2LnhtbESPQYvCMBSE78L+h/CEvYimuipajbIIC+JBsIp4fDTP&#10;tti8lCRq/febhQWPw8x8wyzXranFg5yvLCsYDhIQxLnVFRcKTsef/gyED8gaa8uk4EUe1quPzhJT&#10;bZ98oEcWChEh7FNUUIbQpFL6vCSDfmAb4uhdrTMYonSF1A6fEW5qOUqSqTRYcVwosaFNSfktuxsF&#10;u/EkuYTz0B5nt6/53tW983R3V+qz234vQARqwzv8395qBWP4uxJv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TfhAcMAAADaAAAADwAAAAAAAAAAAAAAAACYAgAAZHJzL2Rv&#10;d25yZXYueG1sUEsFBgAAAAAEAAQA9QAAAIgDAAAAAA==&#10;" filled="f" strokeweight="1pt"/>
                <w10:wrap anchorx="page" anchory="margin"/>
              </v:group>
            </w:pict>
          </mc:Fallback>
        </mc:AlternateContent>
      </w:r>
      <w:r w:rsidR="008345F8">
        <w:rPr>
          <w:rFonts w:ascii="Cambria" w:hAnsi="Cambria"/>
          <w:b/>
          <w:bCs/>
          <w:sz w:val="20"/>
          <w:szCs w:val="28"/>
          <w:lang w:val="pl-PL"/>
        </w:rPr>
        <w:t>PR-01 QP-50</w:t>
      </w:r>
      <w:r w:rsidRPr="0031336B">
        <w:rPr>
          <w:rFonts w:ascii="Cambria" w:hAnsi="Cambria"/>
          <w:b/>
          <w:bCs/>
          <w:sz w:val="20"/>
          <w:szCs w:val="28"/>
          <w:lang w:val="pl-PL"/>
        </w:rPr>
        <w:t xml:space="preserve"> </w:t>
      </w:r>
      <w:r w:rsidR="00F32147" w:rsidRPr="00060FCF">
        <w:rPr>
          <w:rFonts w:ascii="Cambria" w:hAnsi="Cambria"/>
          <w:b/>
          <w:bCs/>
          <w:sz w:val="20"/>
          <w:szCs w:val="28"/>
          <w:lang w:val="pl-PL"/>
        </w:rPr>
        <w:t>Załącznik nr 2</w:t>
      </w:r>
      <w:r w:rsidR="008B006A">
        <w:rPr>
          <w:rFonts w:ascii="Cambria" w:hAnsi="Cambria"/>
          <w:b/>
          <w:bCs/>
          <w:sz w:val="20"/>
          <w:szCs w:val="28"/>
          <w:lang w:val="pl-PL"/>
        </w:rPr>
        <w:t>.19</w:t>
      </w:r>
    </w:p>
    <w:tbl>
      <w:tblPr>
        <w:tblStyle w:val="Tabela-Siatka"/>
        <w:tblpPr w:leftFromText="141" w:rightFromText="141" w:vertAnchor="text" w:horzAnchor="page" w:tblpX="8605" w:tblpY="61"/>
        <w:tblW w:w="0" w:type="auto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1"/>
        <w:gridCol w:w="281"/>
        <w:gridCol w:w="281"/>
        <w:gridCol w:w="281"/>
        <w:gridCol w:w="281"/>
        <w:gridCol w:w="281"/>
      </w:tblGrid>
      <w:tr w:rsidR="008345F8" w14:paraId="5EF2CE77" w14:textId="77777777" w:rsidTr="00F44E9E">
        <w:trPr>
          <w:trHeight w:val="462"/>
        </w:trPr>
        <w:tc>
          <w:tcPr>
            <w:tcW w:w="280" w:type="dxa"/>
            <w:vAlign w:val="center"/>
          </w:tcPr>
          <w:p w14:paraId="76882521" w14:textId="42A7E209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  <w:bookmarkStart w:id="1" w:name="_GoBack"/>
            <w:bookmarkEnd w:id="1"/>
          </w:p>
        </w:tc>
        <w:tc>
          <w:tcPr>
            <w:tcW w:w="280" w:type="dxa"/>
            <w:vAlign w:val="center"/>
          </w:tcPr>
          <w:p w14:paraId="60055673" w14:textId="5CD06B0E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47D27688" w14:textId="3BF26318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701A29CD" w14:textId="106CE0A2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0" w:type="dxa"/>
            <w:vAlign w:val="center"/>
          </w:tcPr>
          <w:p w14:paraId="36C29AFA" w14:textId="3B53944B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2C04C40" w14:textId="6E6BDEE9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063A0E84" w14:textId="3A6922E1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C4B9A91" w14:textId="6055108F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7B75AADA" w14:textId="322C1602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C2868E6" w14:textId="36BE00A9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  <w:tc>
          <w:tcPr>
            <w:tcW w:w="281" w:type="dxa"/>
            <w:vAlign w:val="center"/>
          </w:tcPr>
          <w:p w14:paraId="654D3B8F" w14:textId="07B14558" w:rsidR="008345F8" w:rsidRDefault="008345F8" w:rsidP="00F44E9E">
            <w:pPr>
              <w:pStyle w:val="Nagwek"/>
              <w:rPr>
                <w:b/>
                <w:sz w:val="24"/>
                <w:szCs w:val="36"/>
              </w:rPr>
            </w:pPr>
          </w:p>
        </w:tc>
      </w:tr>
    </w:tbl>
    <w:p w14:paraId="3D4C5F88" w14:textId="1FBFCC51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35F9C24B" w14:textId="4774C6D7" w:rsidR="00F32147" w:rsidRDefault="00F32147" w:rsidP="00F32147">
      <w:pPr>
        <w:spacing w:after="0"/>
        <w:ind w:right="-1469"/>
        <w:jc w:val="center"/>
        <w:rPr>
          <w:b/>
          <w:color w:val="548DD4" w:themeColor="text2" w:themeTint="99"/>
          <w:sz w:val="32"/>
          <w:lang w:val="pl-PL"/>
        </w:rPr>
      </w:pPr>
    </w:p>
    <w:p w14:paraId="5D523A67" w14:textId="1DAA570F" w:rsidR="00B12C58" w:rsidRDefault="005B5DA2" w:rsidP="0059308F">
      <w:pPr>
        <w:spacing w:after="240"/>
        <w:ind w:right="-1469"/>
        <w:jc w:val="center"/>
        <w:rPr>
          <w:b/>
          <w:sz w:val="28"/>
          <w:lang w:val="pl-PL"/>
        </w:rPr>
      </w:pPr>
      <w:r w:rsidRPr="00F32147">
        <w:rPr>
          <w:b/>
          <w:color w:val="548DD4" w:themeColor="text2" w:themeTint="99"/>
          <w:sz w:val="28"/>
          <w:lang w:val="pl-PL"/>
        </w:rPr>
        <w:t xml:space="preserve">Nowotwory </w:t>
      </w:r>
      <w:r w:rsidR="00F32147" w:rsidRPr="00F32147">
        <w:rPr>
          <w:b/>
          <w:color w:val="548DD4" w:themeColor="text2" w:themeTint="99"/>
          <w:sz w:val="28"/>
          <w:lang w:val="pl-PL"/>
        </w:rPr>
        <w:t xml:space="preserve">złośliwe </w:t>
      </w:r>
      <w:r w:rsidR="003D1D15" w:rsidRPr="00F32147">
        <w:rPr>
          <w:b/>
          <w:color w:val="548DD4" w:themeColor="text2" w:themeTint="99"/>
          <w:sz w:val="28"/>
          <w:lang w:val="pl-PL"/>
        </w:rPr>
        <w:t>wątroby</w:t>
      </w:r>
      <w:r w:rsidR="00F35156" w:rsidRPr="00F32147">
        <w:rPr>
          <w:b/>
          <w:color w:val="548DD4" w:themeColor="text2" w:themeTint="99"/>
          <w:sz w:val="28"/>
          <w:lang w:val="pl-PL"/>
        </w:rPr>
        <w:t xml:space="preserve"> (ICD-10: </w:t>
      </w:r>
      <w:r w:rsidRPr="00F32147">
        <w:rPr>
          <w:b/>
          <w:color w:val="548DD4" w:themeColor="text2" w:themeTint="99"/>
          <w:sz w:val="28"/>
          <w:lang w:val="pl-PL"/>
        </w:rPr>
        <w:t>C2</w:t>
      </w:r>
      <w:r w:rsidR="003D1D15" w:rsidRPr="00F32147">
        <w:rPr>
          <w:b/>
          <w:color w:val="548DD4" w:themeColor="text2" w:themeTint="99"/>
          <w:sz w:val="28"/>
          <w:lang w:val="pl-PL"/>
        </w:rPr>
        <w:t>2</w:t>
      </w:r>
      <w:r w:rsidR="00F35156" w:rsidRPr="00F32147">
        <w:rPr>
          <w:b/>
          <w:color w:val="548DD4" w:themeColor="text2" w:themeTint="99"/>
          <w:sz w:val="28"/>
          <w:lang w:val="pl-PL"/>
        </w:rPr>
        <w:t>)</w:t>
      </w:r>
      <w:r w:rsidR="00655DA9" w:rsidRPr="00F32147">
        <w:rPr>
          <w:b/>
          <w:color w:val="548DD4" w:themeColor="text2" w:themeTint="99"/>
          <w:sz w:val="32"/>
          <w:lang w:val="pl-PL"/>
        </w:rPr>
        <w:br/>
      </w:r>
      <w:bookmarkEnd w:id="0"/>
      <w:proofErr w:type="spellStart"/>
      <w:r w:rsidR="00B12C58" w:rsidRPr="00F35156">
        <w:rPr>
          <w:b/>
          <w:sz w:val="28"/>
          <w:lang w:val="pl-PL"/>
        </w:rPr>
        <w:t>Checklista</w:t>
      </w:r>
      <w:proofErr w:type="spellEnd"/>
      <w:r w:rsidR="00B12C58" w:rsidRPr="00F35156">
        <w:rPr>
          <w:b/>
          <w:sz w:val="28"/>
          <w:lang w:val="pl-PL"/>
        </w:rPr>
        <w:t xml:space="preserve"> –</w:t>
      </w:r>
      <w:r w:rsidR="00B90F99" w:rsidRPr="00F35156">
        <w:rPr>
          <w:b/>
          <w:sz w:val="28"/>
          <w:lang w:val="pl-PL"/>
        </w:rPr>
        <w:t xml:space="preserve"> </w:t>
      </w:r>
      <w:r w:rsidR="00B12C58" w:rsidRPr="00F35156">
        <w:rPr>
          <w:b/>
          <w:sz w:val="28"/>
          <w:lang w:val="pl-PL"/>
        </w:rPr>
        <w:t>badania</w:t>
      </w:r>
    </w:p>
    <w:tbl>
      <w:tblPr>
        <w:tblW w:w="11189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495"/>
        <w:gridCol w:w="1276"/>
        <w:gridCol w:w="1418"/>
      </w:tblGrid>
      <w:tr w:rsidR="00060FCF" w:rsidRPr="00765B5C" w14:paraId="31C41627" w14:textId="77777777" w:rsidTr="0031336B">
        <w:trPr>
          <w:trHeight w:val="680"/>
        </w:trPr>
        <w:tc>
          <w:tcPr>
            <w:tcW w:w="8495" w:type="dxa"/>
            <w:shd w:val="clear" w:color="auto" w:fill="auto"/>
            <w:vAlign w:val="center"/>
            <w:hideMark/>
          </w:tcPr>
          <w:p w14:paraId="1FE3BDFE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FC7357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Wykonano</w:t>
            </w:r>
            <w:proofErr w:type="spellEnd"/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5E1C80B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 xml:space="preserve">Data </w:t>
            </w:r>
            <w:proofErr w:type="spellStart"/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badania</w:t>
            </w:r>
            <w:proofErr w:type="spellEnd"/>
          </w:p>
        </w:tc>
      </w:tr>
      <w:tr w:rsidR="00060FCF" w:rsidRPr="00765B5C" w14:paraId="06F96354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  <w:hideMark/>
          </w:tcPr>
          <w:p w14:paraId="4A92ACEF" w14:textId="77777777" w:rsidR="00060FCF" w:rsidRPr="00194B06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obrazowe: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80133B3" w14:textId="30D0F9F2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12942ED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09C689BA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28645034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klatki piersiowej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B65A7B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5DF121B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4FF253E9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209E580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Wielofazowa t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omografia komputerowa (TK) 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lub rezonans magnetyczny (MR)</w:t>
            </w: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z kontrastem</w:t>
            </w:r>
            <w:r w:rsidRPr="00765B5C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 jamy brzusznej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5A49607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61C8A4C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5CB9F1C2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1E89E45E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Tomografia komputerowa (TK)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miednicy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B0AB20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5BB19F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2A1A96E2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647C86E0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Tomografia komputerowa (TK) lub rezonans magnetyczny (MR) mózgowia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84F32B1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15878AF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352B6322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591B369D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Scyntygrafia kości</w:t>
            </w:r>
            <w:r w:rsidRPr="00765B5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gdy są wskazania kliniczne)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040B0F10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74D8D1D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060FCF" w:rsidRPr="00765B5C" w14:paraId="43DE0D7C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5C86E1C5" w14:textId="77777777" w:rsidR="00060FCF" w:rsidRPr="00194B06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194B06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endoskopowe: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D903B47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13EDE2B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7D678E09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38B81D2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Gastroskopia u chorych z współistniejącą marskością wątroby i HCC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A43F3A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E64EBD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25ABA21E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08C0E656" w14:textId="77777777" w:rsidR="00060FCF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EUS lub ECPW z biopsją (w razie wskazań klinicznych)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6B51167B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0D85117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</w:p>
        </w:tc>
      </w:tr>
      <w:tr w:rsidR="00060FCF" w:rsidRPr="00765B5C" w14:paraId="6EC680DD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  <w:hideMark/>
          </w:tcPr>
          <w:p w14:paraId="44772CAB" w14:textId="77777777" w:rsidR="00060FCF" w:rsidRPr="00932EE1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32EE1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Badania laboratoryjne: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AF978CF" w14:textId="5C548075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9C6B20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0076C6ED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504AA11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CEA, Ca 19-9, AFP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A138EB4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567FEF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lang w:val="pl-PL" w:eastAsia="pl-PL"/>
              </w:rPr>
              <w:t> </w:t>
            </w:r>
          </w:p>
        </w:tc>
      </w:tr>
      <w:tr w:rsidR="00060FCF" w:rsidRPr="00765B5C" w14:paraId="757DB17D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67BA1011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Morfologia, kreatynina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8074F31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B75E922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60FCF" w:rsidRPr="00765B5C" w14:paraId="35BAA963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720EF73A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C36923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AST, ALT, bilirubina, fosfataza alkaliczna, GGTP, albumina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32F5EC9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B542275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099AA230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55010E5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D859F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Anty-HCV, </w:t>
            </w:r>
            <w:proofErr w:type="spellStart"/>
            <w:r w:rsidRPr="00D859F8"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HBsAg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90BFA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146604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4BB25750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7A4D05C2" w14:textId="6EF6EF50" w:rsidR="00060FCF" w:rsidRPr="00060FCF" w:rsidRDefault="00060FCF" w:rsidP="00060FC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proofErr w:type="spellStart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koagulogram</w:t>
            </w:r>
            <w:proofErr w:type="spellEnd"/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7E2E314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2E5CFE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21BFBD48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  <w:hideMark/>
          </w:tcPr>
          <w:p w14:paraId="13CC6624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Białko całkowite, albuminy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37730E5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E9B956A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7ABEC16D" w14:textId="77777777" w:rsidTr="0031336B">
        <w:trPr>
          <w:trHeight w:val="680"/>
        </w:trPr>
        <w:tc>
          <w:tcPr>
            <w:tcW w:w="8495" w:type="dxa"/>
            <w:shd w:val="clear" w:color="auto" w:fill="auto"/>
            <w:vAlign w:val="center"/>
            <w:hideMark/>
          </w:tcPr>
          <w:p w14:paraId="53CD285B" w14:textId="77777777" w:rsidR="00060FCF" w:rsidRPr="009F68DE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9F68DE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Ocena stanu sprawności - skala  ECOG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092038E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C9EFF8D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7793F03E" w14:textId="77777777" w:rsidTr="0031336B">
        <w:trPr>
          <w:trHeight w:val="794"/>
        </w:trPr>
        <w:tc>
          <w:tcPr>
            <w:tcW w:w="8495" w:type="dxa"/>
            <w:shd w:val="clear" w:color="auto" w:fill="auto"/>
            <w:vAlign w:val="center"/>
            <w:hideMark/>
          </w:tcPr>
          <w:p w14:paraId="030F6C0F" w14:textId="77777777" w:rsidR="00060FCF" w:rsidRPr="00786D19" w:rsidRDefault="00060FCF" w:rsidP="00060FCF">
            <w:pPr>
              <w:spacing w:after="0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Klasyfikacja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BCLC stopnia zaawansowania klinicznego choroby (BCLC, Barcelona </w:t>
            </w:r>
            <w:proofErr w:type="spellStart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Clinic</w:t>
            </w:r>
            <w:proofErr w:type="spellEnd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proofErr w:type="spellStart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Liver</w:t>
            </w:r>
            <w:proofErr w:type="spellEnd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</w:t>
            </w:r>
            <w:proofErr w:type="spellStart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Cancer</w:t>
            </w:r>
            <w:proofErr w:type="spellEnd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) – w przypadku raka </w:t>
            </w:r>
            <w:proofErr w:type="spellStart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wątrobowokomórkowego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(HCC)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01B13FDD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7EBAE8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1D5C12E8" w14:textId="77777777" w:rsidTr="0031336B">
        <w:trPr>
          <w:trHeight w:val="794"/>
        </w:trPr>
        <w:tc>
          <w:tcPr>
            <w:tcW w:w="8495" w:type="dxa"/>
            <w:shd w:val="clear" w:color="auto" w:fill="auto"/>
            <w:vAlign w:val="center"/>
            <w:hideMark/>
          </w:tcPr>
          <w:p w14:paraId="0174665E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 w:rsidRPr="00705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Klasyfikacja czynności wątroby  </w:t>
            </w: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- skala </w:t>
            </w:r>
            <w:proofErr w:type="spellStart"/>
            <w:r w:rsidRPr="00705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Childa</w:t>
            </w:r>
            <w:proofErr w:type="spellEnd"/>
            <w:r w:rsidRPr="00705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 i </w:t>
            </w:r>
            <w:proofErr w:type="spellStart"/>
            <w:r w:rsidRPr="00705B64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Pugha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- </w:t>
            </w:r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w przypadku raka </w:t>
            </w:r>
            <w:proofErr w:type="spellStart"/>
            <w:r w:rsidRPr="00786D1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wątrobowokomórkowego</w:t>
            </w:r>
            <w:proofErr w:type="spellEnd"/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(HCC)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987DE84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705AE7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eastAsia="pl-PL"/>
              </w:rPr>
              <w:t> </w:t>
            </w:r>
          </w:p>
        </w:tc>
      </w:tr>
      <w:tr w:rsidR="00060FCF" w:rsidRPr="00765B5C" w14:paraId="1B4CD802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056BCC8D" w14:textId="2B8DF922" w:rsidR="00060FCF" w:rsidRPr="003C28FA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</w:pPr>
            <w:r w:rsidRPr="003C28FA"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lastRenderedPageBreak/>
              <w:t>Patomorfologia/cytologia</w:t>
            </w:r>
            <w:r>
              <w:rPr>
                <w:rFonts w:ascii="Cambria" w:eastAsia="Times New Roman" w:hAnsi="Cambria" w:cs="Calibri"/>
                <w:b/>
                <w:bCs/>
                <w:sz w:val="20"/>
                <w:szCs w:val="20"/>
                <w:lang w:val="pl-PL" w:eastAsia="pl-PL"/>
              </w:rPr>
              <w:t>: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392E8C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14:paraId="05F82269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  <w:tr w:rsidR="00060FCF" w:rsidRPr="00765B5C" w14:paraId="2A482CDE" w14:textId="77777777" w:rsidTr="0031336B">
        <w:trPr>
          <w:trHeight w:val="1247"/>
        </w:trPr>
        <w:tc>
          <w:tcPr>
            <w:tcW w:w="8495" w:type="dxa"/>
            <w:shd w:val="clear" w:color="auto" w:fill="auto"/>
            <w:vAlign w:val="center"/>
            <w:hideMark/>
          </w:tcPr>
          <w:p w14:paraId="7DDF678A" w14:textId="77777777" w:rsidR="00060FCF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>Nie ma konieczności wykonywania wszystkich rodzajów biopsji oraz biopsji w przypadku opisanym w punkcie pierwszym.</w:t>
            </w:r>
          </w:p>
          <w:p w14:paraId="7E940E8B" w14:textId="77777777" w:rsidR="00060FCF" w:rsidRPr="0062314A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sz w:val="20"/>
                <w:szCs w:val="20"/>
                <w:lang w:val="pl-PL" w:eastAsia="pl-PL"/>
              </w:rPr>
              <w:t xml:space="preserve">W przypadku choroby zaawansowanej, nie kwalifikującej się do radykalnego leczenia chirurgicznego wskazana jest biopsja guza </w:t>
            </w:r>
            <w:r w:rsidRPr="006231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zawierająca materiał tkankowy nie komórkowy. </w:t>
            </w:r>
          </w:p>
          <w:p w14:paraId="10FEDC9D" w14:textId="77777777" w:rsidR="00060FCF" w:rsidRPr="00215D76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1C623F17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1B16D9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59B178EF" w14:textId="77777777" w:rsidTr="0031336B">
        <w:trPr>
          <w:trHeight w:val="1247"/>
        </w:trPr>
        <w:tc>
          <w:tcPr>
            <w:tcW w:w="8495" w:type="dxa"/>
            <w:shd w:val="clear" w:color="auto" w:fill="auto"/>
            <w:vAlign w:val="center"/>
          </w:tcPr>
          <w:p w14:paraId="21E87411" w14:textId="799224DD" w:rsidR="00060FCF" w:rsidRPr="00060FCF" w:rsidRDefault="00060FCF" w:rsidP="00060FCF">
            <w:pPr>
              <w:spacing w:after="0" w:line="259" w:lineRule="auto"/>
              <w:jc w:val="both"/>
              <w:rPr>
                <w:rFonts w:ascii="Cambria" w:eastAsia="Times New Roman" w:hAnsi="Cambria" w:cs="Calibri"/>
                <w:color w:val="000000"/>
                <w:sz w:val="20"/>
                <w:szCs w:val="20"/>
                <w:u w:val="single"/>
                <w:lang w:val="pl-PL" w:eastAsia="pl-PL"/>
              </w:rPr>
            </w:pPr>
            <w:r w:rsidRPr="00AD16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U chorych z marskością wątroby, stwierdzenie typowych dla raka </w:t>
            </w:r>
            <w:proofErr w:type="spellStart"/>
            <w:r w:rsidRPr="00AD16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wątrobowokomórkowego</w:t>
            </w:r>
            <w:proofErr w:type="spellEnd"/>
            <w:r w:rsidRPr="00AD169C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cech radiologicznych w kontrastowych badaniach radiologicznych upoważnia do rozpoznania nowotworu bez wykonywania celowanej biopsji. </w:t>
            </w:r>
            <w:r w:rsidRPr="00AD169C">
              <w:rPr>
                <w:rFonts w:ascii="Cambria" w:eastAsia="Times New Roman" w:hAnsi="Cambria" w:cs="Calibri"/>
                <w:color w:val="000000"/>
                <w:sz w:val="20"/>
                <w:szCs w:val="20"/>
                <w:u w:val="single"/>
                <w:lang w:val="pl-PL" w:eastAsia="pl-PL"/>
              </w:rPr>
              <w:t>Informacja o rozpoznaniu HCC na podstawie cech radiologicznych musi być zawarta w opisie badania.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6DB970C3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27D8B4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0AC4F629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  <w:hideMark/>
          </w:tcPr>
          <w:p w14:paraId="0879594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6231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Celowana biopsja </w:t>
            </w:r>
            <w:proofErr w:type="spellStart"/>
            <w:r w:rsidRPr="006231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gruboigłowa</w:t>
            </w:r>
            <w:proofErr w:type="spellEnd"/>
            <w:r w:rsidRPr="006231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 guza (opcjonalnie)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32635E60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9285155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12F31A22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  <w:hideMark/>
          </w:tcPr>
          <w:p w14:paraId="412432EC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zmiany przerzutowej (opcjonalnie)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24C2722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A1597E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485EE1BC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133E3849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Biopsja celowana cienkoigłowa guza (opcjonalnie)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55020942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2A006B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060FCF" w:rsidRPr="00765B5C" w14:paraId="4E97AF7C" w14:textId="77777777" w:rsidTr="0031336B">
        <w:trPr>
          <w:trHeight w:val="397"/>
        </w:trPr>
        <w:tc>
          <w:tcPr>
            <w:tcW w:w="8495" w:type="dxa"/>
            <w:shd w:val="clear" w:color="auto" w:fill="auto"/>
            <w:vAlign w:val="center"/>
          </w:tcPr>
          <w:p w14:paraId="7B06D378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</w:pPr>
            <w:r w:rsidRPr="00B12BF9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 xml:space="preserve">EUS lub ECPW z </w:t>
            </w:r>
            <w:r w:rsidRPr="0062314A">
              <w:rPr>
                <w:rFonts w:ascii="Cambria" w:eastAsia="Times New Roman" w:hAnsi="Cambria" w:cs="Calibri"/>
                <w:color w:val="000000"/>
                <w:sz w:val="20"/>
                <w:szCs w:val="20"/>
                <w:lang w:val="pl-PL" w:eastAsia="pl-PL"/>
              </w:rPr>
              <w:t>biopsją (opcjonalnie)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4FEB8B31" w14:textId="77777777" w:rsidR="00060FCF" w:rsidRPr="00765B5C" w:rsidRDefault="00060FCF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47C686" w14:textId="77777777" w:rsidR="00060FCF" w:rsidRPr="00765B5C" w:rsidRDefault="00060FCF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765B5C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 </w:t>
            </w:r>
          </w:p>
        </w:tc>
      </w:tr>
      <w:tr w:rsidR="00A07737" w:rsidRPr="00A07737" w14:paraId="7D0D748A" w14:textId="77777777" w:rsidTr="0031336B">
        <w:trPr>
          <w:trHeight w:val="651"/>
        </w:trPr>
        <w:tc>
          <w:tcPr>
            <w:tcW w:w="8495" w:type="dxa"/>
            <w:shd w:val="clear" w:color="auto" w:fill="auto"/>
            <w:vAlign w:val="center"/>
          </w:tcPr>
          <w:p w14:paraId="271CA734" w14:textId="70A5FEC7" w:rsidR="00A07737" w:rsidRPr="00A07737" w:rsidRDefault="00A0773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  <w:r w:rsidRPr="00A07737"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  <w:t>Inne istotne klinicznie …………………………………….…..........................................................................................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11474DC9" w14:textId="05F336B9" w:rsidR="00A07737" w:rsidRPr="00A07737" w:rsidRDefault="00A07737" w:rsidP="007A782F">
            <w:pPr>
              <w:spacing w:after="0" w:line="240" w:lineRule="auto"/>
              <w:jc w:val="center"/>
              <w:rPr>
                <w:rFonts w:ascii="Wingdings" w:eastAsia="Times New Roman" w:hAnsi="Wingdings" w:cs="Calibri"/>
                <w:b/>
                <w:bCs/>
                <w:color w:val="000000"/>
                <w:sz w:val="40"/>
                <w:szCs w:val="40"/>
                <w:lang w:val="pl-PL" w:eastAsia="pl-PL"/>
              </w:rPr>
            </w:pPr>
            <w:r w:rsidRPr="00765B5C">
              <w:rPr>
                <w:rFonts w:ascii="Wingdings" w:eastAsia="Times New Roman" w:hAnsi="Wingdings" w:cs="Calibri"/>
                <w:color w:val="000000"/>
                <w:sz w:val="40"/>
                <w:szCs w:val="40"/>
                <w:lang w:val="pl-PL" w:eastAsia="pl-PL"/>
              </w:rPr>
              <w:sym w:font="Wingdings" w:char="F0A8"/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77FCDF7" w14:textId="77777777" w:rsidR="00A07737" w:rsidRPr="00A07737" w:rsidRDefault="00A07737" w:rsidP="007A782F">
            <w:pPr>
              <w:spacing w:after="0" w:line="240" w:lineRule="auto"/>
              <w:rPr>
                <w:rFonts w:ascii="Cambria" w:eastAsia="Times New Roman" w:hAnsi="Cambria" w:cs="Calibri"/>
                <w:b/>
                <w:bCs/>
                <w:color w:val="000000"/>
                <w:sz w:val="20"/>
                <w:szCs w:val="20"/>
                <w:lang w:val="pl-PL" w:eastAsia="pl-PL"/>
              </w:rPr>
            </w:pPr>
          </w:p>
        </w:tc>
      </w:tr>
    </w:tbl>
    <w:p w14:paraId="5DD2F4C3" w14:textId="77777777" w:rsidR="00097303" w:rsidRDefault="00097303" w:rsidP="00925215">
      <w:pPr>
        <w:autoSpaceDE w:val="0"/>
        <w:autoSpaceDN w:val="0"/>
        <w:adjustRightInd w:val="0"/>
        <w:spacing w:after="0" w:line="240" w:lineRule="auto"/>
        <w:ind w:right="-1467"/>
        <w:rPr>
          <w:color w:val="FF0000"/>
          <w:sz w:val="20"/>
          <w:lang w:val="pl-PL"/>
        </w:rPr>
      </w:pPr>
    </w:p>
    <w:p w14:paraId="153D2139" w14:textId="47DBE1D7" w:rsidR="00FA3C19" w:rsidRPr="00CE2C5B" w:rsidRDefault="00FA3C19" w:rsidP="00FA3C19">
      <w:pPr>
        <w:autoSpaceDE w:val="0"/>
        <w:autoSpaceDN w:val="0"/>
        <w:adjustRightInd w:val="0"/>
        <w:spacing w:before="120" w:after="0" w:line="240" w:lineRule="auto"/>
        <w:ind w:right="-1469"/>
        <w:rPr>
          <w:sz w:val="20"/>
          <w:szCs w:val="20"/>
          <w:lang w:val="pl-PL"/>
        </w:rPr>
      </w:pPr>
      <w:r w:rsidRPr="00DC5F59">
        <w:rPr>
          <w:noProof/>
          <w:sz w:val="32"/>
          <w:szCs w:val="20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7442146" wp14:editId="5BBD38EB">
                <wp:simplePos x="0" y="0"/>
                <wp:positionH relativeFrom="column">
                  <wp:posOffset>4996180</wp:posOffset>
                </wp:positionH>
                <wp:positionV relativeFrom="paragraph">
                  <wp:posOffset>83185</wp:posOffset>
                </wp:positionV>
                <wp:extent cx="2181225" cy="904875"/>
                <wp:effectExtent l="0" t="0" r="28575" b="28575"/>
                <wp:wrapSquare wrapText="bothSides"/>
                <wp:docPr id="64657106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81225" cy="904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5FC3B8" w14:textId="77777777" w:rsidR="00FA3C19" w:rsidRDefault="00FA3C19" w:rsidP="00FA3C1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06E449C1" w14:textId="77777777" w:rsidR="00FA3C19" w:rsidRDefault="00FA3C19" w:rsidP="00FA3C1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7EEE37C4" w14:textId="77777777" w:rsidR="00FA3C19" w:rsidRDefault="00FA3C19" w:rsidP="00FA3C1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</w:p>
                          <w:p w14:paraId="13DE656C" w14:textId="77777777" w:rsidR="00FA3C19" w:rsidRPr="00DC5F59" w:rsidRDefault="00FA3C19" w:rsidP="00FA3C19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  <w:lang w:val="pl-PL"/>
                              </w:rPr>
                            </w:pP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t>………………………………………………………..</w:t>
                            </w:r>
                            <w:r w:rsidRPr="00DC5F59">
                              <w:rPr>
                                <w:sz w:val="18"/>
                                <w:szCs w:val="18"/>
                                <w:lang w:val="pl-PL"/>
                              </w:rPr>
                              <w:br/>
                              <w:t xml:space="preserve">Podpis </w:t>
                            </w:r>
                            <w:r>
                              <w:rPr>
                                <w:sz w:val="18"/>
                                <w:szCs w:val="18"/>
                                <w:lang w:val="pl-PL"/>
                              </w:rPr>
                              <w:t>koordynatora SOLO I</w:t>
                            </w:r>
                          </w:p>
                          <w:p w14:paraId="55E5A697" w14:textId="77777777" w:rsidR="00FA3C19" w:rsidRPr="00DC5F59" w:rsidRDefault="00FA3C19" w:rsidP="00FA3C19">
                            <w:pPr>
                              <w:rPr>
                                <w:lang w:val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7442146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30" type="#_x0000_t202" style="position:absolute;margin-left:393.4pt;margin-top:6.55pt;width:171.75pt;height:71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">
                <v:textbox>
                  <w:txbxContent>
                    <w:p w14:paraId="3A5FC3B8" w14:textId="77777777" w:rsidR="00FA3C19" w:rsidRDefault="00FA3C19" w:rsidP="00FA3C1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06E449C1" w14:textId="77777777" w:rsidR="00FA3C19" w:rsidRDefault="00FA3C19" w:rsidP="00FA3C1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7EEE37C4" w14:textId="77777777" w:rsidR="00FA3C19" w:rsidRDefault="00FA3C19" w:rsidP="00FA3C1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</w:p>
                    <w:p w14:paraId="13DE656C" w14:textId="77777777" w:rsidR="00FA3C19" w:rsidRPr="00DC5F59" w:rsidRDefault="00FA3C19" w:rsidP="00FA3C19">
                      <w:pPr>
                        <w:spacing w:after="0"/>
                        <w:jc w:val="center"/>
                        <w:rPr>
                          <w:sz w:val="18"/>
                          <w:szCs w:val="18"/>
                          <w:lang w:val="pl-PL"/>
                        </w:rPr>
                      </w:pP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t>………………………………………………………..</w:t>
                      </w:r>
                      <w:r w:rsidRPr="00DC5F59">
                        <w:rPr>
                          <w:sz w:val="18"/>
                          <w:szCs w:val="18"/>
                          <w:lang w:val="pl-PL"/>
                        </w:rPr>
                        <w:br/>
                        <w:t xml:space="preserve">Podpis </w:t>
                      </w:r>
                      <w:r>
                        <w:rPr>
                          <w:sz w:val="18"/>
                          <w:szCs w:val="18"/>
                          <w:lang w:val="pl-PL"/>
                        </w:rPr>
                        <w:t>koordynatora SOLO I</w:t>
                      </w:r>
                    </w:p>
                    <w:p w14:paraId="55E5A697" w14:textId="77777777" w:rsidR="00FA3C19" w:rsidRPr="00DC5F59" w:rsidRDefault="00FA3C19" w:rsidP="00FA3C19">
                      <w:pPr>
                        <w:rPr>
                          <w:lang w:val="pl-PL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2" w:name="_Hlk192677027"/>
      <w:r w:rsidRPr="00CE2C5B">
        <w:rPr>
          <w:sz w:val="20"/>
          <w:szCs w:val="20"/>
          <w:lang w:val="pl-PL"/>
        </w:rPr>
        <w:t xml:space="preserve">Badania obrazowe wykonane poza WWCOIT powinny </w:t>
      </w:r>
      <w:r w:rsidR="00AD4123">
        <w:rPr>
          <w:sz w:val="20"/>
          <w:szCs w:val="20"/>
          <w:lang w:val="pl-PL"/>
        </w:rPr>
        <w:t xml:space="preserve">zostać </w:t>
      </w:r>
      <w:r w:rsidRPr="00CE2C5B">
        <w:rPr>
          <w:sz w:val="20"/>
          <w:szCs w:val="20"/>
          <w:lang w:val="pl-PL"/>
        </w:rPr>
        <w:t>wgrane do systemu informatycznego RIS Centrum przed konsylium</w:t>
      </w:r>
      <w:bookmarkEnd w:id="2"/>
      <w:r w:rsidRPr="00CE2C5B">
        <w:rPr>
          <w:sz w:val="20"/>
          <w:szCs w:val="20"/>
          <w:lang w:val="pl-PL"/>
        </w:rPr>
        <w:t>.</w:t>
      </w:r>
    </w:p>
    <w:p w14:paraId="65304140" w14:textId="77777777" w:rsidR="00FA3C19" w:rsidRPr="009B7AF7" w:rsidRDefault="00FA3C19" w:rsidP="00FA3C19">
      <w:pPr>
        <w:spacing w:before="240" w:after="0"/>
        <w:rPr>
          <w:sz w:val="20"/>
          <w:szCs w:val="20"/>
          <w:lang w:val="pl-PL"/>
        </w:rPr>
      </w:pPr>
      <w:r w:rsidRPr="00DC5F59">
        <w:rPr>
          <w:rFonts w:ascii="Segoe UI Symbol" w:hAnsi="Segoe UI Symbol" w:cs="Segoe UI Symbol"/>
          <w:sz w:val="32"/>
          <w:szCs w:val="20"/>
          <w:lang w:val="pl-PL"/>
        </w:rPr>
        <w:t>⚠</w:t>
      </w:r>
      <w:r w:rsidRPr="00DC5F59">
        <w:rPr>
          <w:sz w:val="32"/>
          <w:szCs w:val="20"/>
          <w:lang w:val="pl-PL"/>
        </w:rPr>
        <w:t xml:space="preserve"> </w:t>
      </w:r>
      <w:r w:rsidRPr="00DC5F59">
        <w:rPr>
          <w:sz w:val="20"/>
          <w:szCs w:val="20"/>
          <w:lang w:val="pl-PL"/>
        </w:rPr>
        <w:t>W przypadku braków w dokumentacji konsylium zostanie odroczone.</w:t>
      </w:r>
    </w:p>
    <w:p w14:paraId="014E6023" w14:textId="77777777" w:rsidR="00A81C76" w:rsidRPr="00A81C76" w:rsidRDefault="00A81C76" w:rsidP="00A81C76">
      <w:pPr>
        <w:rPr>
          <w:lang w:val="pl-PL"/>
        </w:rPr>
      </w:pPr>
    </w:p>
    <w:p w14:paraId="1ADAD6E9" w14:textId="77777777" w:rsidR="00A81C76" w:rsidRPr="00A81C76" w:rsidRDefault="00A81C76" w:rsidP="00A81C76">
      <w:pPr>
        <w:rPr>
          <w:lang w:val="pl-PL"/>
        </w:rPr>
      </w:pPr>
    </w:p>
    <w:p w14:paraId="60C69336" w14:textId="77777777" w:rsidR="00A81C76" w:rsidRPr="00A81C76" w:rsidRDefault="00A81C76" w:rsidP="00A81C76">
      <w:pPr>
        <w:rPr>
          <w:lang w:val="pl-PL"/>
        </w:rPr>
      </w:pPr>
    </w:p>
    <w:p w14:paraId="52F2DB07" w14:textId="77777777" w:rsidR="00A81C76" w:rsidRPr="00A81C76" w:rsidRDefault="00A81C76" w:rsidP="00A81C76">
      <w:pPr>
        <w:rPr>
          <w:lang w:val="pl-PL"/>
        </w:rPr>
      </w:pPr>
    </w:p>
    <w:p w14:paraId="4F47722E" w14:textId="77777777" w:rsidR="00A81C76" w:rsidRPr="00A81C76" w:rsidRDefault="00A81C76" w:rsidP="00A81C76">
      <w:pPr>
        <w:rPr>
          <w:lang w:val="pl-PL"/>
        </w:rPr>
      </w:pPr>
    </w:p>
    <w:p w14:paraId="6CEC8D92" w14:textId="77777777" w:rsidR="00A81C76" w:rsidRPr="00A81C76" w:rsidRDefault="00A81C76" w:rsidP="00A81C76">
      <w:pPr>
        <w:rPr>
          <w:lang w:val="pl-PL"/>
        </w:rPr>
      </w:pPr>
    </w:p>
    <w:p w14:paraId="008B8A52" w14:textId="77777777" w:rsidR="00A81C76" w:rsidRPr="00A81C76" w:rsidRDefault="00A81C76" w:rsidP="00A81C76">
      <w:pPr>
        <w:rPr>
          <w:lang w:val="pl-PL"/>
        </w:rPr>
      </w:pPr>
    </w:p>
    <w:p w14:paraId="11DF5D3B" w14:textId="77777777" w:rsidR="00A81C76" w:rsidRPr="00A81C76" w:rsidRDefault="00A81C76" w:rsidP="00A81C76">
      <w:pPr>
        <w:rPr>
          <w:lang w:val="pl-PL"/>
        </w:rPr>
      </w:pPr>
    </w:p>
    <w:p w14:paraId="7A85C2DC" w14:textId="77777777" w:rsidR="00A81C76" w:rsidRPr="00A81C76" w:rsidRDefault="00A81C76" w:rsidP="00A81C76">
      <w:pPr>
        <w:rPr>
          <w:lang w:val="pl-PL"/>
        </w:rPr>
      </w:pPr>
    </w:p>
    <w:p w14:paraId="7F91BED5" w14:textId="77777777" w:rsidR="00A81C76" w:rsidRDefault="00A81C76" w:rsidP="00A81C76">
      <w:pPr>
        <w:rPr>
          <w:sz w:val="36"/>
          <w:lang w:val="pl-PL"/>
        </w:rPr>
      </w:pPr>
    </w:p>
    <w:p w14:paraId="2A836D72" w14:textId="77777777" w:rsidR="00A81C76" w:rsidRPr="00A81C76" w:rsidRDefault="00A81C76" w:rsidP="00A81C76">
      <w:pPr>
        <w:rPr>
          <w:lang w:val="pl-PL"/>
        </w:rPr>
      </w:pPr>
    </w:p>
    <w:sectPr w:rsidR="00A81C76" w:rsidRPr="00A81C76" w:rsidSect="0031336B">
      <w:headerReference w:type="default" r:id="rId9"/>
      <w:footerReference w:type="default" r:id="rId10"/>
      <w:pgSz w:w="12240" w:h="15840"/>
      <w:pgMar w:top="1487" w:right="1800" w:bottom="426" w:left="567" w:header="426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ADA8AEA" w14:textId="77777777" w:rsidR="00562818" w:rsidRDefault="00562818" w:rsidP="00562818">
      <w:pPr>
        <w:spacing w:after="0" w:line="240" w:lineRule="auto"/>
      </w:pPr>
      <w:r>
        <w:separator/>
      </w:r>
    </w:p>
  </w:endnote>
  <w:endnote w:type="continuationSeparator" w:id="0">
    <w:p w14:paraId="66D1601D" w14:textId="77777777" w:rsidR="00562818" w:rsidRDefault="00562818" w:rsidP="005628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83546006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sdt>
        <w:sdtPr>
          <w:rPr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670A5118" w14:textId="77777777" w:rsidR="0031336B" w:rsidRPr="0031336B" w:rsidRDefault="0031336B" w:rsidP="0031336B">
            <w:pPr>
              <w:pStyle w:val="Stopka"/>
              <w:jc w:val="right"/>
              <w:rPr>
                <w:sz w:val="18"/>
                <w:szCs w:val="18"/>
                <w:lang w:val="pl-PL"/>
              </w:rPr>
            </w:pPr>
            <w:r w:rsidRPr="0031336B">
              <w:rPr>
                <w:sz w:val="18"/>
                <w:szCs w:val="18"/>
                <w:lang w:val="pl-PL"/>
              </w:rPr>
              <w:t xml:space="preserve">Strona </w:t>
            </w:r>
            <w:r w:rsidRPr="0031336B">
              <w:rPr>
                <w:b/>
                <w:bCs/>
                <w:sz w:val="20"/>
                <w:szCs w:val="20"/>
              </w:rPr>
              <w:fldChar w:fldCharType="begin"/>
            </w:r>
            <w:r w:rsidRPr="0031336B">
              <w:rPr>
                <w:b/>
                <w:bCs/>
                <w:sz w:val="18"/>
                <w:szCs w:val="18"/>
                <w:lang w:val="pl-PL"/>
              </w:rPr>
              <w:instrText>PAGE</w:instrText>
            </w:r>
            <w:r w:rsidRPr="0031336B">
              <w:rPr>
                <w:b/>
                <w:bCs/>
                <w:sz w:val="20"/>
                <w:szCs w:val="20"/>
              </w:rPr>
              <w:fldChar w:fldCharType="separate"/>
            </w:r>
            <w:r w:rsidR="00F44E9E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31336B">
              <w:rPr>
                <w:b/>
                <w:bCs/>
                <w:sz w:val="20"/>
                <w:szCs w:val="20"/>
              </w:rPr>
              <w:fldChar w:fldCharType="end"/>
            </w:r>
            <w:r w:rsidRPr="0031336B">
              <w:rPr>
                <w:sz w:val="18"/>
                <w:szCs w:val="18"/>
                <w:lang w:val="pl-PL"/>
              </w:rPr>
              <w:t xml:space="preserve"> z </w:t>
            </w:r>
            <w:r w:rsidRPr="0031336B">
              <w:rPr>
                <w:b/>
                <w:bCs/>
                <w:sz w:val="20"/>
                <w:szCs w:val="20"/>
              </w:rPr>
              <w:fldChar w:fldCharType="begin"/>
            </w:r>
            <w:r w:rsidRPr="0031336B">
              <w:rPr>
                <w:b/>
                <w:bCs/>
                <w:sz w:val="18"/>
                <w:szCs w:val="18"/>
                <w:lang w:val="pl-PL"/>
              </w:rPr>
              <w:instrText>NUMPAGES</w:instrText>
            </w:r>
            <w:r w:rsidRPr="0031336B">
              <w:rPr>
                <w:b/>
                <w:bCs/>
                <w:sz w:val="20"/>
                <w:szCs w:val="20"/>
              </w:rPr>
              <w:fldChar w:fldCharType="separate"/>
            </w:r>
            <w:r w:rsidR="00F44E9E">
              <w:rPr>
                <w:b/>
                <w:bCs/>
                <w:noProof/>
                <w:sz w:val="18"/>
                <w:szCs w:val="18"/>
                <w:lang w:val="pl-PL"/>
              </w:rPr>
              <w:t>2</w:t>
            </w:r>
            <w:r w:rsidRPr="0031336B">
              <w:rPr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1AB794C3" w14:textId="6F8D2FED" w:rsidR="008B006A" w:rsidRPr="008B006A" w:rsidRDefault="0031336B" w:rsidP="0031336B">
    <w:pPr>
      <w:pStyle w:val="Stopka"/>
      <w:rPr>
        <w:lang w:val="pl-PL"/>
      </w:rPr>
    </w:pPr>
    <w:r w:rsidRPr="0031336B">
      <w:rPr>
        <w:rFonts w:ascii="Cambria" w:hAnsi="Cambria"/>
        <w:sz w:val="20"/>
        <w:lang w:val="pl-PL"/>
      </w:rPr>
      <w:t>Wydanie I</w:t>
    </w:r>
    <w:r w:rsidRPr="0031336B">
      <w:rPr>
        <w:rFonts w:ascii="Cambria" w:hAnsi="Cambria"/>
        <w:sz w:val="20"/>
        <w:lang w:val="pl-PL"/>
      </w:rPr>
      <w:br/>
      <w:t xml:space="preserve">Data obowiązywania: </w:t>
    </w:r>
    <w:r w:rsidR="00F202DF">
      <w:rPr>
        <w:rFonts w:ascii="Cambria" w:hAnsi="Cambria"/>
        <w:sz w:val="20"/>
        <w:lang w:val="pl-PL"/>
      </w:rPr>
      <w:t>01.04.2025</w:t>
    </w:r>
    <w:r w:rsidRPr="0031336B">
      <w:rPr>
        <w:rFonts w:ascii="Cambria" w:hAnsi="Cambria"/>
        <w:sz w:val="20"/>
        <w:lang w:val="pl-PL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D1EB65" w14:textId="77777777" w:rsidR="00562818" w:rsidRDefault="00562818" w:rsidP="00562818">
      <w:pPr>
        <w:spacing w:after="0" w:line="240" w:lineRule="auto"/>
      </w:pPr>
      <w:r>
        <w:separator/>
      </w:r>
    </w:p>
  </w:footnote>
  <w:footnote w:type="continuationSeparator" w:id="0">
    <w:p w14:paraId="41987666" w14:textId="77777777" w:rsidR="00562818" w:rsidRDefault="00562818" w:rsidP="005628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DD365E" w14:textId="4D96D9D3" w:rsidR="00562818" w:rsidRPr="00060FCF" w:rsidRDefault="0031336B">
    <w:pPr>
      <w:pStyle w:val="Nagwek"/>
      <w:rPr>
        <w:lang w:val="pl-PL"/>
      </w:rPr>
    </w:pPr>
    <w:r w:rsidRPr="007E19A3">
      <w:rPr>
        <w:noProof/>
        <w:lang w:val="pl-PL" w:eastAsia="pl-PL"/>
      </w:rPr>
      <w:drawing>
        <wp:inline distT="0" distB="0" distL="0" distR="0" wp14:anchorId="2F2F6279" wp14:editId="47E1883C">
          <wp:extent cx="1533525" cy="471854"/>
          <wp:effectExtent l="0" t="0" r="0" b="4445"/>
          <wp:docPr id="2103809935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4100" cy="478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36A33BDA"/>
    <w:multiLevelType w:val="hybridMultilevel"/>
    <w:tmpl w:val="F2A66E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20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05223"/>
    <w:rsid w:val="000147E7"/>
    <w:rsid w:val="00034616"/>
    <w:rsid w:val="0006063C"/>
    <w:rsid w:val="00060FCF"/>
    <w:rsid w:val="00074764"/>
    <w:rsid w:val="00097303"/>
    <w:rsid w:val="000A4A17"/>
    <w:rsid w:val="000A4D37"/>
    <w:rsid w:val="000A74EC"/>
    <w:rsid w:val="000B28D3"/>
    <w:rsid w:val="00114594"/>
    <w:rsid w:val="00120BDE"/>
    <w:rsid w:val="00125D8B"/>
    <w:rsid w:val="0015074B"/>
    <w:rsid w:val="001A1031"/>
    <w:rsid w:val="001D6171"/>
    <w:rsid w:val="00221664"/>
    <w:rsid w:val="00241370"/>
    <w:rsid w:val="0029639D"/>
    <w:rsid w:val="002E676F"/>
    <w:rsid w:val="0031336B"/>
    <w:rsid w:val="003160A1"/>
    <w:rsid w:val="00326F90"/>
    <w:rsid w:val="00354082"/>
    <w:rsid w:val="00386EA5"/>
    <w:rsid w:val="003952CD"/>
    <w:rsid w:val="003D1D15"/>
    <w:rsid w:val="00415E08"/>
    <w:rsid w:val="00434474"/>
    <w:rsid w:val="004C5432"/>
    <w:rsid w:val="00562818"/>
    <w:rsid w:val="0059308F"/>
    <w:rsid w:val="005B0008"/>
    <w:rsid w:val="005B5DA2"/>
    <w:rsid w:val="005D45AF"/>
    <w:rsid w:val="00644867"/>
    <w:rsid w:val="00655DA9"/>
    <w:rsid w:val="006E62B1"/>
    <w:rsid w:val="0070191D"/>
    <w:rsid w:val="007124C9"/>
    <w:rsid w:val="007408FD"/>
    <w:rsid w:val="0074489E"/>
    <w:rsid w:val="0075191F"/>
    <w:rsid w:val="00765B5C"/>
    <w:rsid w:val="007B7A76"/>
    <w:rsid w:val="00815D89"/>
    <w:rsid w:val="008345F8"/>
    <w:rsid w:val="008621F9"/>
    <w:rsid w:val="008655A1"/>
    <w:rsid w:val="00884F98"/>
    <w:rsid w:val="008B006A"/>
    <w:rsid w:val="00906E65"/>
    <w:rsid w:val="009107F2"/>
    <w:rsid w:val="00925215"/>
    <w:rsid w:val="00952AF2"/>
    <w:rsid w:val="00965F58"/>
    <w:rsid w:val="009852E9"/>
    <w:rsid w:val="009E4053"/>
    <w:rsid w:val="009F0BB9"/>
    <w:rsid w:val="00A07737"/>
    <w:rsid w:val="00A2399A"/>
    <w:rsid w:val="00A61F1A"/>
    <w:rsid w:val="00A63143"/>
    <w:rsid w:val="00A81C76"/>
    <w:rsid w:val="00AA1D8D"/>
    <w:rsid w:val="00AB57D1"/>
    <w:rsid w:val="00AD40BB"/>
    <w:rsid w:val="00AD4123"/>
    <w:rsid w:val="00B12C58"/>
    <w:rsid w:val="00B47730"/>
    <w:rsid w:val="00B5346E"/>
    <w:rsid w:val="00B65829"/>
    <w:rsid w:val="00B83768"/>
    <w:rsid w:val="00B90F99"/>
    <w:rsid w:val="00BC5906"/>
    <w:rsid w:val="00BF3D4B"/>
    <w:rsid w:val="00C27F68"/>
    <w:rsid w:val="00C60B0D"/>
    <w:rsid w:val="00C7534B"/>
    <w:rsid w:val="00CB0664"/>
    <w:rsid w:val="00CD0DBB"/>
    <w:rsid w:val="00D02FBF"/>
    <w:rsid w:val="00D305C7"/>
    <w:rsid w:val="00DB1F57"/>
    <w:rsid w:val="00DE2982"/>
    <w:rsid w:val="00DE2FCA"/>
    <w:rsid w:val="00E0611E"/>
    <w:rsid w:val="00E4309C"/>
    <w:rsid w:val="00EC65B7"/>
    <w:rsid w:val="00EE189E"/>
    <w:rsid w:val="00F0190A"/>
    <w:rsid w:val="00F202DF"/>
    <w:rsid w:val="00F32147"/>
    <w:rsid w:val="00F35156"/>
    <w:rsid w:val="00F44E9E"/>
    <w:rsid w:val="00F710E8"/>
    <w:rsid w:val="00F849F1"/>
    <w:rsid w:val="00FA3C19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ocId w14:val="7185C30F"/>
  <w14:defaultImageDpi w14:val="300"/>
  <w15:docId w15:val="{68019021-E2D9-4EE5-A638-88F2F6026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5628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2818"/>
    <w:rPr>
      <w:rFonts w:ascii="Tahoma" w:hAnsi="Tahoma" w:cs="Tahoma"/>
      <w:sz w:val="16"/>
      <w:szCs w:val="16"/>
    </w:rPr>
  </w:style>
  <w:style w:type="character" w:styleId="Tekstzastpczy">
    <w:name w:val="Placeholder Text"/>
    <w:basedOn w:val="Domylnaczcionkaakapitu"/>
    <w:uiPriority w:val="99"/>
    <w:semiHidden/>
    <w:rsid w:val="006E62B1"/>
    <w:rPr>
      <w:color w:val="80808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0522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0522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0522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09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76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4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46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9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94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PESEL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2A581D6-F411-43D1-876D-47C2B4C5B3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334</Words>
  <Characters>2004</Characters>
  <Application>Microsoft Office Word</Application>
  <DocSecurity>0</DocSecurity>
  <Lines>16</Lines>
  <Paragraphs>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Imię i nazwisko pacjenta:</vt:lpstr>
      <vt:lpstr/>
    </vt:vector>
  </TitlesOfParts>
  <Company/>
  <LinksUpToDate>false</LinksUpToDate>
  <CharactersWithSpaces>2334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Imię i nazwisko pacjenta:</dc:title>
  <dc:creator>utworzył: A.Pękala</dc:creator>
  <dc:description>generated by python-docx</dc:description>
  <cp:lastModifiedBy>Artur Mięsok</cp:lastModifiedBy>
  <cp:revision>15</cp:revision>
  <cp:lastPrinted>2025-03-10T09:36:00Z</cp:lastPrinted>
  <dcterms:created xsi:type="dcterms:W3CDTF">2025-03-05T15:17:00Z</dcterms:created>
  <dcterms:modified xsi:type="dcterms:W3CDTF">2025-03-25T07:18:00Z</dcterms:modified>
</cp:coreProperties>
</file>