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DA2951" w14:textId="1C938A32" w:rsidR="00EF4137" w:rsidRPr="009451FE" w:rsidRDefault="009451FE" w:rsidP="009451FE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bookmarkStart w:id="0" w:name="_Hlk191630571"/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 wp14:anchorId="6E79C546" wp14:editId="27D2C0E8">
                <wp:simplePos x="0" y="0"/>
                <wp:positionH relativeFrom="page">
                  <wp:posOffset>304800</wp:posOffset>
                </wp:positionH>
                <wp:positionV relativeFrom="topMargin">
                  <wp:posOffset>1280160</wp:posOffset>
                </wp:positionV>
                <wp:extent cx="7346910" cy="490220"/>
                <wp:effectExtent l="0" t="0" r="6985" b="24130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46910" cy="490220"/>
                          <a:chOff x="330" y="308"/>
                          <a:chExt cx="11768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96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1587410510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11249BD3" w14:textId="618AF8B4" w:rsidR="00EF4137" w:rsidRPr="00B12C58" w:rsidRDefault="00EF4137" w:rsidP="00EF4137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603" y="360"/>
                            <a:ext cx="4495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1097CB" w14:textId="38B4F755" w:rsidR="00EF4137" w:rsidRPr="00B12C58" w:rsidRDefault="00EF4137" w:rsidP="00EF4137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79C546" id="Grupa 196" o:spid="_x0000_s1026" style="position:absolute;left:0;text-align:left;margin-left:24pt;margin-top:100.8pt;width:578.5pt;height:38.6pt;z-index:-251658240;mso-position-horizontal-relative:page;mso-position-vertical-relative:top-margin-area" coordorigin="330,308" coordsize="11768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" o:allowincell="f">
                <v:rect id="Rectangle 197" o:spid="_x0000_s1027" style="position:absolute;left:377;top:360;width:7496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1587410510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11249BD3" w14:textId="618AF8B4" w:rsidR="00EF4137" w:rsidRPr="00B12C58" w:rsidRDefault="00EF4137" w:rsidP="00EF4137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603;top:360;width:4495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331097CB" w14:textId="38B4F755" w:rsidR="00EF4137" w:rsidRPr="00B12C58" w:rsidRDefault="00EF4137" w:rsidP="00EF4137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Pr="009451FE">
        <w:rPr>
          <w:lang w:val="pl-PL"/>
        </w:rPr>
        <w:t xml:space="preserve"> </w:t>
      </w:r>
      <w:r w:rsidR="005B52FC">
        <w:rPr>
          <w:b/>
          <w:bCs/>
          <w:noProof/>
          <w:sz w:val="20"/>
          <w:szCs w:val="20"/>
          <w:lang w:val="pl-PL" w:eastAsia="pl-PL"/>
        </w:rPr>
        <w:t>PR-01</w:t>
      </w:r>
      <w:r w:rsidRPr="009451FE">
        <w:rPr>
          <w:b/>
          <w:bCs/>
          <w:noProof/>
          <w:sz w:val="20"/>
          <w:szCs w:val="20"/>
          <w:lang w:val="pl-PL" w:eastAsia="pl-PL"/>
        </w:rPr>
        <w:t xml:space="preserve"> QP-</w:t>
      </w:r>
      <w:r w:rsidR="005B52FC">
        <w:rPr>
          <w:b/>
          <w:bCs/>
          <w:noProof/>
          <w:sz w:val="20"/>
          <w:szCs w:val="20"/>
          <w:lang w:val="pl-PL" w:eastAsia="pl-PL"/>
        </w:rPr>
        <w:t>50</w:t>
      </w:r>
      <w:r w:rsidRPr="009451FE">
        <w:rPr>
          <w:b/>
          <w:bCs/>
          <w:noProof/>
          <w:sz w:val="20"/>
          <w:szCs w:val="20"/>
          <w:lang w:val="pl-PL" w:eastAsia="pl-PL"/>
        </w:rPr>
        <w:t xml:space="preserve"> Załącznik nr</w:t>
      </w:r>
      <w:r w:rsidR="00EF4137" w:rsidRPr="009451FE">
        <w:rPr>
          <w:rFonts w:ascii="Cambria" w:hAnsi="Cambria"/>
          <w:b/>
          <w:bCs/>
          <w:sz w:val="18"/>
          <w:szCs w:val="24"/>
          <w:lang w:val="pl-PL"/>
        </w:rPr>
        <w:t xml:space="preserve"> 2</w:t>
      </w:r>
      <w:r w:rsidR="004C311A" w:rsidRPr="009451FE">
        <w:rPr>
          <w:rFonts w:ascii="Cambria" w:hAnsi="Cambria"/>
          <w:b/>
          <w:bCs/>
          <w:sz w:val="18"/>
          <w:szCs w:val="24"/>
          <w:lang w:val="pl-PL"/>
        </w:rPr>
        <w:t>.3</w:t>
      </w:r>
    </w:p>
    <w:tbl>
      <w:tblPr>
        <w:tblStyle w:val="Tabela-Siatka"/>
        <w:tblpPr w:leftFromText="141" w:rightFromText="141" w:vertAnchor="text" w:horzAnchor="page" w:tblpX="8569" w:tblpY="32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90"/>
        <w:gridCol w:w="290"/>
        <w:gridCol w:w="290"/>
        <w:gridCol w:w="290"/>
        <w:gridCol w:w="290"/>
        <w:gridCol w:w="291"/>
        <w:gridCol w:w="291"/>
        <w:gridCol w:w="291"/>
        <w:gridCol w:w="291"/>
        <w:gridCol w:w="291"/>
        <w:gridCol w:w="291"/>
      </w:tblGrid>
      <w:tr w:rsidR="005B52FC" w14:paraId="2F249A38" w14:textId="77777777" w:rsidTr="00224C23">
        <w:trPr>
          <w:trHeight w:val="491"/>
        </w:trPr>
        <w:tc>
          <w:tcPr>
            <w:tcW w:w="290" w:type="dxa"/>
            <w:vAlign w:val="center"/>
          </w:tcPr>
          <w:p w14:paraId="47BE0210" w14:textId="5D259DA3" w:rsidR="005B52FC" w:rsidRDefault="005B52FC" w:rsidP="00224C23">
            <w:pPr>
              <w:pStyle w:val="Nagwek"/>
              <w:rPr>
                <w:b/>
                <w:sz w:val="24"/>
                <w:szCs w:val="36"/>
              </w:rPr>
            </w:pPr>
            <w:bookmarkStart w:id="1" w:name="_GoBack"/>
            <w:bookmarkEnd w:id="1"/>
          </w:p>
        </w:tc>
        <w:tc>
          <w:tcPr>
            <w:tcW w:w="290" w:type="dxa"/>
            <w:vAlign w:val="center"/>
          </w:tcPr>
          <w:p w14:paraId="5F61F83A" w14:textId="4A7DF4D0" w:rsidR="005B52FC" w:rsidRDefault="005B52FC" w:rsidP="00224C2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90" w:type="dxa"/>
            <w:vAlign w:val="center"/>
          </w:tcPr>
          <w:p w14:paraId="4C7CAFCC" w14:textId="6383987E" w:rsidR="005B52FC" w:rsidRDefault="005B52FC" w:rsidP="00224C2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90" w:type="dxa"/>
            <w:vAlign w:val="center"/>
          </w:tcPr>
          <w:p w14:paraId="66710012" w14:textId="3D7C4583" w:rsidR="005B52FC" w:rsidRDefault="005B52FC" w:rsidP="00224C2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90" w:type="dxa"/>
            <w:vAlign w:val="center"/>
          </w:tcPr>
          <w:p w14:paraId="181CA003" w14:textId="20FDA3A9" w:rsidR="005B52FC" w:rsidRDefault="005B52FC" w:rsidP="00224C2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91" w:type="dxa"/>
            <w:vAlign w:val="center"/>
          </w:tcPr>
          <w:p w14:paraId="1D335507" w14:textId="2CED26FE" w:rsidR="005B52FC" w:rsidRDefault="005B52FC" w:rsidP="00224C2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91" w:type="dxa"/>
            <w:vAlign w:val="center"/>
          </w:tcPr>
          <w:p w14:paraId="5551C163" w14:textId="2BAD283B" w:rsidR="005B52FC" w:rsidRDefault="005B52FC" w:rsidP="00224C2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91" w:type="dxa"/>
            <w:vAlign w:val="center"/>
          </w:tcPr>
          <w:p w14:paraId="3C74D69F" w14:textId="13DD4BAF" w:rsidR="005B52FC" w:rsidRDefault="005B52FC" w:rsidP="00224C2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91" w:type="dxa"/>
            <w:vAlign w:val="center"/>
          </w:tcPr>
          <w:p w14:paraId="695A5B90" w14:textId="4C3B23E8" w:rsidR="005B52FC" w:rsidRDefault="005B52FC" w:rsidP="00224C2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91" w:type="dxa"/>
            <w:vAlign w:val="center"/>
          </w:tcPr>
          <w:p w14:paraId="4A77A04B" w14:textId="4D658F66" w:rsidR="005B52FC" w:rsidRDefault="005B52FC" w:rsidP="00224C2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91" w:type="dxa"/>
            <w:vAlign w:val="center"/>
          </w:tcPr>
          <w:p w14:paraId="6A4D362F" w14:textId="5BCFC92C" w:rsidR="005B52FC" w:rsidRDefault="005B52FC" w:rsidP="00224C23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5A6FFA3E" w14:textId="0AB6C21F" w:rsidR="00EF4137" w:rsidRDefault="00EF4137" w:rsidP="00EF4137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14DFF2FE" w14:textId="34C88384" w:rsidR="00EF4137" w:rsidRDefault="00EF4137" w:rsidP="00EF4137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5D523A67" w14:textId="0C380DAF" w:rsidR="00B12C58" w:rsidRDefault="009852E9" w:rsidP="0059308F">
      <w:pPr>
        <w:spacing w:after="240"/>
        <w:ind w:right="-1469"/>
        <w:jc w:val="center"/>
        <w:rPr>
          <w:b/>
          <w:sz w:val="28"/>
          <w:lang w:val="pl-PL"/>
        </w:rPr>
      </w:pPr>
      <w:r>
        <w:rPr>
          <w:b/>
          <w:color w:val="548DD4" w:themeColor="text2" w:themeTint="99"/>
          <w:sz w:val="32"/>
          <w:lang w:val="pl-PL"/>
        </w:rPr>
        <w:t>D</w:t>
      </w:r>
      <w:r w:rsidR="0075191F">
        <w:rPr>
          <w:b/>
          <w:color w:val="548DD4" w:themeColor="text2" w:themeTint="99"/>
          <w:sz w:val="32"/>
          <w:lang w:val="pl-PL"/>
        </w:rPr>
        <w:t xml:space="preserve">robnokomórkowy rak płuca </w:t>
      </w:r>
      <w:r w:rsidR="00F35156">
        <w:rPr>
          <w:b/>
          <w:color w:val="548DD4" w:themeColor="text2" w:themeTint="99"/>
          <w:sz w:val="32"/>
          <w:lang w:val="pl-PL"/>
        </w:rPr>
        <w:t xml:space="preserve"> (ICD-10: C</w:t>
      </w:r>
      <w:r w:rsidR="002E676F">
        <w:rPr>
          <w:b/>
          <w:color w:val="548DD4" w:themeColor="text2" w:themeTint="99"/>
          <w:sz w:val="32"/>
          <w:lang w:val="pl-PL"/>
        </w:rPr>
        <w:t>3</w:t>
      </w:r>
      <w:r w:rsidR="0075191F">
        <w:rPr>
          <w:b/>
          <w:color w:val="548DD4" w:themeColor="text2" w:themeTint="99"/>
          <w:sz w:val="32"/>
          <w:lang w:val="pl-PL"/>
        </w:rPr>
        <w:t>4</w:t>
      </w:r>
      <w:r w:rsidR="00F35156">
        <w:rPr>
          <w:b/>
          <w:color w:val="548DD4" w:themeColor="text2" w:themeTint="99"/>
          <w:sz w:val="32"/>
          <w:lang w:val="pl-PL"/>
        </w:rPr>
        <w:t>)</w:t>
      </w:r>
      <w:r w:rsidR="00906E65" w:rsidRPr="00F35156">
        <w:rPr>
          <w:b/>
          <w:color w:val="548DD4" w:themeColor="text2" w:themeTint="99"/>
          <w:sz w:val="32"/>
          <w:lang w:val="pl-PL"/>
        </w:rPr>
        <w:t xml:space="preserve"> </w:t>
      </w:r>
      <w:r w:rsidR="00906E65" w:rsidRPr="00F35156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="00B12C58" w:rsidRPr="00F35156">
        <w:rPr>
          <w:b/>
          <w:sz w:val="28"/>
          <w:lang w:val="pl-PL"/>
        </w:rPr>
        <w:t>Checklista</w:t>
      </w:r>
      <w:proofErr w:type="spellEnd"/>
      <w:r w:rsidR="00B12C58" w:rsidRPr="00F35156">
        <w:rPr>
          <w:b/>
          <w:sz w:val="28"/>
          <w:lang w:val="pl-PL"/>
        </w:rPr>
        <w:t xml:space="preserve"> –</w:t>
      </w:r>
      <w:r w:rsidR="00B90F99" w:rsidRPr="00F35156">
        <w:rPr>
          <w:b/>
          <w:sz w:val="28"/>
          <w:lang w:val="pl-PL"/>
        </w:rPr>
        <w:t xml:space="preserve"> </w:t>
      </w:r>
      <w:r w:rsidR="00B12C58" w:rsidRPr="00F35156">
        <w:rPr>
          <w:b/>
          <w:sz w:val="28"/>
          <w:lang w:val="pl-PL"/>
        </w:rPr>
        <w:t>badania</w:t>
      </w:r>
    </w:p>
    <w:tbl>
      <w:tblPr>
        <w:tblW w:w="11355" w:type="dxa"/>
        <w:tblInd w:w="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49"/>
        <w:gridCol w:w="1133"/>
        <w:gridCol w:w="1473"/>
      </w:tblGrid>
      <w:tr w:rsidR="005B0008" w:rsidRPr="005B0008" w14:paraId="41755BE0" w14:textId="77777777" w:rsidTr="005B0008">
        <w:trPr>
          <w:trHeight w:val="660"/>
        </w:trPr>
        <w:tc>
          <w:tcPr>
            <w:tcW w:w="8749" w:type="dxa"/>
            <w:shd w:val="clear" w:color="auto" w:fill="auto"/>
            <w:vAlign w:val="center"/>
            <w:hideMark/>
          </w:tcPr>
          <w:p w14:paraId="6AF2BE0D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7D71EF41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Wykonano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16F49E9B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Data badania</w:t>
            </w:r>
          </w:p>
        </w:tc>
      </w:tr>
      <w:tr w:rsidR="005B0008" w:rsidRPr="005B0008" w14:paraId="474E70A6" w14:textId="77777777" w:rsidTr="005B0008">
        <w:trPr>
          <w:trHeight w:val="1800"/>
        </w:trPr>
        <w:tc>
          <w:tcPr>
            <w:tcW w:w="8749" w:type="dxa"/>
            <w:shd w:val="clear" w:color="auto" w:fill="auto"/>
            <w:vAlign w:val="center"/>
            <w:hideMark/>
          </w:tcPr>
          <w:p w14:paraId="4E5289B9" w14:textId="2C71DA4B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Wynik badania patomorfologicznego obejmujący ustalenie typu i podtypu histologicznego nowotworu, a w przypadku badania pooperacyjnego zawierający: rozpoznanie raka płuca (typ i</w:t>
            </w:r>
            <w:r w:rsidR="000F0CD5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 </w:t>
            </w:r>
            <w:r w:rsidRPr="005B000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podtyp histologiczny oraz stopień złośliwości), określenie stanu węzłów chłonnych, a także naczyń krwionośnych i chłonnych, ocenę stanu marginesów chirurgicznych i zaawansowania nowotworu według obowiązującej klasyfikacji patomorfologicznej</w:t>
            </w:r>
            <w:r w:rsidRPr="005B000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br/>
              <w:t>- uzupełniony wynikami badań immunohistochemicznych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4F7A66E2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B000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25C9BC6D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5B0008" w:rsidRPr="005B0008" w14:paraId="56980000" w14:textId="77777777" w:rsidTr="00641B2E">
        <w:trPr>
          <w:trHeight w:val="510"/>
        </w:trPr>
        <w:tc>
          <w:tcPr>
            <w:tcW w:w="8749" w:type="dxa"/>
            <w:shd w:val="clear" w:color="auto" w:fill="auto"/>
            <w:vAlign w:val="center"/>
            <w:hideMark/>
          </w:tcPr>
          <w:p w14:paraId="27445BFC" w14:textId="1025713C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Morfologia, kreatynina, AST, ALT, bilirubina</w:t>
            </w:r>
            <w:r w:rsidR="000725D2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</w:t>
            </w:r>
            <w:r w:rsidR="000725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– nie starsze niż 4 tygodnie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0489978F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B000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2D880797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5B0008" w:rsidRPr="005B0008" w14:paraId="474272AA" w14:textId="77777777" w:rsidTr="00641B2E">
        <w:trPr>
          <w:trHeight w:val="510"/>
        </w:trPr>
        <w:tc>
          <w:tcPr>
            <w:tcW w:w="8749" w:type="dxa"/>
            <w:shd w:val="clear" w:color="auto" w:fill="auto"/>
            <w:vAlign w:val="center"/>
            <w:hideMark/>
          </w:tcPr>
          <w:p w14:paraId="3AA01889" w14:textId="765BCA71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Spirometria </w:t>
            </w:r>
            <w:r w:rsidR="009852E9" w:rsidRPr="005B000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(jeśli przewidywane jest leczenie radykalne)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2ADA0A53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B000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09CAE1BB" w14:textId="77777777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5B0008" w:rsidRPr="005B0008" w14:paraId="197128F9" w14:textId="77777777" w:rsidTr="00641B2E">
        <w:trPr>
          <w:trHeight w:val="510"/>
        </w:trPr>
        <w:tc>
          <w:tcPr>
            <w:tcW w:w="8749" w:type="dxa"/>
            <w:shd w:val="clear" w:color="auto" w:fill="auto"/>
            <w:vAlign w:val="center"/>
            <w:hideMark/>
          </w:tcPr>
          <w:p w14:paraId="5B35B248" w14:textId="66A06328" w:rsidR="005B0008" w:rsidRPr="005B0008" w:rsidRDefault="005B0008" w:rsidP="009852E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klatki piersiowej</w:t>
            </w:r>
            <w:r w:rsidR="009852E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, jamy brzusznej, miednicy</w:t>
            </w:r>
            <w:r w:rsidR="00BC5906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– nie starsze niż 4 tygodnie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36055BC8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B000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069EE984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5B0008" w:rsidRPr="005B0008" w14:paraId="721BF291" w14:textId="77777777" w:rsidTr="00641B2E">
        <w:trPr>
          <w:trHeight w:val="510"/>
        </w:trPr>
        <w:tc>
          <w:tcPr>
            <w:tcW w:w="8749" w:type="dxa"/>
            <w:shd w:val="clear" w:color="auto" w:fill="auto"/>
            <w:vAlign w:val="center"/>
            <w:hideMark/>
          </w:tcPr>
          <w:p w14:paraId="253D9EE4" w14:textId="05C8F9B1" w:rsidR="005B0008" w:rsidRPr="005B0008" w:rsidRDefault="005B0008" w:rsidP="00A2399A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TK głowy/ MR głowy </w:t>
            </w:r>
            <w:r w:rsidR="00BC5906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– nie starsze niż 4 tygodnie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480560C7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B000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115E84DE" w14:textId="77777777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5B0008" w:rsidRPr="005B0008" w14:paraId="53294E8E" w14:textId="77777777" w:rsidTr="00641B2E">
        <w:trPr>
          <w:trHeight w:val="510"/>
        </w:trPr>
        <w:tc>
          <w:tcPr>
            <w:tcW w:w="8749" w:type="dxa"/>
            <w:shd w:val="clear" w:color="auto" w:fill="auto"/>
            <w:vAlign w:val="center"/>
            <w:hideMark/>
          </w:tcPr>
          <w:p w14:paraId="35358E2D" w14:textId="2D69D383" w:rsidR="005B0008" w:rsidRPr="005B0008" w:rsidRDefault="00A2399A" w:rsidP="005B000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Scyntygrafia kości</w:t>
            </w:r>
            <w:r w:rsidR="00BC5906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– nie starsze niż 6 tygodni</w:t>
            </w:r>
            <w:r w:rsidR="000725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(</w:t>
            </w:r>
            <w:r w:rsidR="00FA7D82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tylko </w:t>
            </w:r>
            <w:r w:rsidR="000725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w przypadku wskazań </w:t>
            </w:r>
            <w:r w:rsidR="001347E0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klinicznych</w:t>
            </w:r>
            <w:r w:rsidR="000725D2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)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629C2498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B000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1B34C9AA" w14:textId="77777777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5B0008" w:rsidRPr="005B0008" w14:paraId="672D5708" w14:textId="77777777" w:rsidTr="00641B2E">
        <w:trPr>
          <w:trHeight w:val="910"/>
        </w:trPr>
        <w:tc>
          <w:tcPr>
            <w:tcW w:w="8749" w:type="dxa"/>
            <w:shd w:val="clear" w:color="auto" w:fill="auto"/>
            <w:vAlign w:val="center"/>
            <w:hideMark/>
          </w:tcPr>
          <w:p w14:paraId="77719BF4" w14:textId="77777777" w:rsidR="001347E0" w:rsidRDefault="005B0008" w:rsidP="001347E0">
            <w:pPr>
              <w:spacing w:before="240"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Inne </w:t>
            </w:r>
            <w:r w:rsidR="00641B2E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istotne klinicznie</w:t>
            </w:r>
            <w:r w:rsidR="001347E0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(opis badania </w:t>
            </w:r>
            <w:proofErr w:type="spellStart"/>
            <w:r w:rsidR="001347E0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bronchoskopowego</w:t>
            </w:r>
            <w:proofErr w:type="spellEnd"/>
            <w:r w:rsidR="001347E0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, w przypadku wskazań np. USG Serca,  USG węzłów chłonnych obwodowych)</w:t>
            </w:r>
          </w:p>
          <w:p w14:paraId="72B78895" w14:textId="20FF266B" w:rsidR="005B0008" w:rsidRPr="005B0008" w:rsidRDefault="00641B2E" w:rsidP="001347E0">
            <w:pPr>
              <w:spacing w:before="240"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…………………………………….</w:t>
            </w:r>
            <w:r w:rsidR="005B0008" w:rsidRPr="005B000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…........................................................................................................</w:t>
            </w:r>
            <w:r w:rsidR="001347E0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...............................................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05FFA4A8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B000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3B5C837E" w14:textId="77777777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501076AB" w14:textId="77777777" w:rsidR="001347E0" w:rsidRDefault="001347E0" w:rsidP="001347E0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</w:p>
    <w:p w14:paraId="3B23D5F0" w14:textId="77777777" w:rsidR="001347E0" w:rsidRDefault="001347E0" w:rsidP="001347E0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</w:p>
    <w:p w14:paraId="3CD5417D" w14:textId="363BAFB4" w:rsidR="001347E0" w:rsidRPr="00CE2C5B" w:rsidRDefault="001347E0" w:rsidP="001347E0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A5104F4" wp14:editId="459C9E5F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8B07A8" w14:textId="77777777" w:rsidR="001347E0" w:rsidRDefault="001347E0" w:rsidP="001347E0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3BB19372" w14:textId="77777777" w:rsidR="001347E0" w:rsidRDefault="001347E0" w:rsidP="001347E0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267246F8" w14:textId="77777777" w:rsidR="001347E0" w:rsidRDefault="001347E0" w:rsidP="001347E0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091967AC" w14:textId="77777777" w:rsidR="001347E0" w:rsidRPr="00DC5F59" w:rsidRDefault="001347E0" w:rsidP="001347E0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2EAAE137" w14:textId="77777777" w:rsidR="001347E0" w:rsidRPr="00DC5F59" w:rsidRDefault="001347E0" w:rsidP="001347E0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5104F4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">
                <v:textbox>
                  <w:txbxContent>
                    <w:p w14:paraId="478B07A8" w14:textId="77777777" w:rsidR="001347E0" w:rsidRDefault="001347E0" w:rsidP="001347E0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3BB19372" w14:textId="77777777" w:rsidR="001347E0" w:rsidRDefault="001347E0" w:rsidP="001347E0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267246F8" w14:textId="77777777" w:rsidR="001347E0" w:rsidRDefault="001347E0" w:rsidP="001347E0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091967AC" w14:textId="77777777" w:rsidR="001347E0" w:rsidRPr="00DC5F59" w:rsidRDefault="001347E0" w:rsidP="001347E0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2EAAE137" w14:textId="77777777" w:rsidR="001347E0" w:rsidRPr="00DC5F59" w:rsidRDefault="001347E0" w:rsidP="001347E0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6F3BD6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5C3E3A57" w14:textId="77777777" w:rsidR="001347E0" w:rsidRPr="009B7AF7" w:rsidRDefault="001347E0" w:rsidP="001347E0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07D9A0EB" w14:textId="654C9F60" w:rsidR="009F0BB9" w:rsidRPr="00C7534B" w:rsidRDefault="009F0BB9" w:rsidP="001347E0">
      <w:pPr>
        <w:spacing w:after="240"/>
        <w:ind w:right="-1469"/>
        <w:jc w:val="center"/>
        <w:rPr>
          <w:lang w:val="pl-PL"/>
        </w:rPr>
      </w:pPr>
    </w:p>
    <w:sectPr w:rsidR="009F0BB9" w:rsidRPr="00C7534B" w:rsidSect="009451FE">
      <w:headerReference w:type="default" r:id="rId9"/>
      <w:footerReference w:type="default" r:id="rId10"/>
      <w:pgSz w:w="12240" w:h="15840"/>
      <w:pgMar w:top="1612" w:right="1800" w:bottom="568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CEF1BC" w14:textId="774EF359" w:rsidR="004C311A" w:rsidRPr="004C311A" w:rsidRDefault="009451FE">
    <w:pPr>
      <w:pStyle w:val="Stopka"/>
      <w:rPr>
        <w:lang w:val="pl-PL"/>
      </w:rPr>
    </w:pPr>
    <w:r w:rsidRPr="009451FE">
      <w:rPr>
        <w:rFonts w:ascii="Cambria" w:hAnsi="Cambria"/>
        <w:sz w:val="20"/>
        <w:lang w:val="pl-PL"/>
      </w:rPr>
      <w:t>Wydanie I</w:t>
    </w:r>
    <w:r w:rsidRPr="009451FE">
      <w:rPr>
        <w:rFonts w:ascii="Cambria" w:hAnsi="Cambria"/>
        <w:sz w:val="20"/>
        <w:lang w:val="pl-PL"/>
      </w:rPr>
      <w:br/>
      <w:t xml:space="preserve">Data obowiązywania: </w:t>
    </w:r>
    <w:r w:rsidR="005B6F59">
      <w:rPr>
        <w:rFonts w:ascii="Cambria" w:hAnsi="Cambria"/>
        <w:sz w:val="20"/>
        <w:lang w:val="pl-PL"/>
      </w:rPr>
      <w:t>01.04.2025</w:t>
    </w:r>
    <w:r w:rsidRPr="009451FE">
      <w:rPr>
        <w:rFonts w:ascii="Cambria" w:hAnsi="Cambria"/>
        <w:sz w:val="20"/>
        <w:lang w:val="pl-PL"/>
      </w:rPr>
      <w:br/>
    </w:r>
  </w:p>
  <w:p w14:paraId="37876544" w14:textId="77777777" w:rsidR="004C311A" w:rsidRPr="004C311A" w:rsidRDefault="004C311A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67A9D012" w:rsidR="00562818" w:rsidRPr="004C311A" w:rsidRDefault="009451FE" w:rsidP="00EF4137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78A02FDB" wp14:editId="3458E549">
          <wp:extent cx="1533525" cy="471854"/>
          <wp:effectExtent l="0" t="0" r="0" b="4445"/>
          <wp:docPr id="159087949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05223"/>
    <w:rsid w:val="00034616"/>
    <w:rsid w:val="0006063C"/>
    <w:rsid w:val="000725D2"/>
    <w:rsid w:val="000A4A17"/>
    <w:rsid w:val="000B28D3"/>
    <w:rsid w:val="000F0CD5"/>
    <w:rsid w:val="00114594"/>
    <w:rsid w:val="00120BDE"/>
    <w:rsid w:val="00125D8B"/>
    <w:rsid w:val="001347E0"/>
    <w:rsid w:val="0015074B"/>
    <w:rsid w:val="001A1031"/>
    <w:rsid w:val="00221664"/>
    <w:rsid w:val="00224C23"/>
    <w:rsid w:val="0029639D"/>
    <w:rsid w:val="002E676F"/>
    <w:rsid w:val="00326F90"/>
    <w:rsid w:val="00386EA5"/>
    <w:rsid w:val="003952CD"/>
    <w:rsid w:val="00434474"/>
    <w:rsid w:val="004C311A"/>
    <w:rsid w:val="004E2C88"/>
    <w:rsid w:val="00562818"/>
    <w:rsid w:val="0059308F"/>
    <w:rsid w:val="005B0008"/>
    <w:rsid w:val="005B52FC"/>
    <w:rsid w:val="005B6F59"/>
    <w:rsid w:val="005D45AF"/>
    <w:rsid w:val="00641B2E"/>
    <w:rsid w:val="006D7789"/>
    <w:rsid w:val="006E62B1"/>
    <w:rsid w:val="006F3BD6"/>
    <w:rsid w:val="0070191D"/>
    <w:rsid w:val="007408FD"/>
    <w:rsid w:val="0074489E"/>
    <w:rsid w:val="0075191F"/>
    <w:rsid w:val="00765B5C"/>
    <w:rsid w:val="007B7A76"/>
    <w:rsid w:val="00815D89"/>
    <w:rsid w:val="008621F9"/>
    <w:rsid w:val="00884F98"/>
    <w:rsid w:val="00906E65"/>
    <w:rsid w:val="009107F2"/>
    <w:rsid w:val="009451FE"/>
    <w:rsid w:val="009852E9"/>
    <w:rsid w:val="009E4053"/>
    <w:rsid w:val="009F0BB9"/>
    <w:rsid w:val="00A2399A"/>
    <w:rsid w:val="00A63143"/>
    <w:rsid w:val="00AA1D8D"/>
    <w:rsid w:val="00AD40BB"/>
    <w:rsid w:val="00B12C58"/>
    <w:rsid w:val="00B47730"/>
    <w:rsid w:val="00B5346E"/>
    <w:rsid w:val="00B83768"/>
    <w:rsid w:val="00B90F99"/>
    <w:rsid w:val="00BC5906"/>
    <w:rsid w:val="00BF3D4B"/>
    <w:rsid w:val="00C06453"/>
    <w:rsid w:val="00C27F68"/>
    <w:rsid w:val="00C7534B"/>
    <w:rsid w:val="00CB0664"/>
    <w:rsid w:val="00CD0DBB"/>
    <w:rsid w:val="00D02FBF"/>
    <w:rsid w:val="00DB1F57"/>
    <w:rsid w:val="00DE2982"/>
    <w:rsid w:val="00DE2FCA"/>
    <w:rsid w:val="00E0611E"/>
    <w:rsid w:val="00E4309C"/>
    <w:rsid w:val="00E44794"/>
    <w:rsid w:val="00EB33F3"/>
    <w:rsid w:val="00EC65B7"/>
    <w:rsid w:val="00EE189E"/>
    <w:rsid w:val="00EF4137"/>
    <w:rsid w:val="00F35156"/>
    <w:rsid w:val="00F44B2A"/>
    <w:rsid w:val="00F710E8"/>
    <w:rsid w:val="00F83766"/>
    <w:rsid w:val="00F849F1"/>
    <w:rsid w:val="00FA7D8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  <w14:docId w14:val="7185C30F"/>
  <w14:defaultImageDpi w14:val="300"/>
  <w15:docId w15:val="{DFDE7441-E8CF-4334-A1F3-F5D6D2814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9D4C099-0E7D-4B63-B88C-45AE31753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209</Words>
  <Characters>1256</Characters>
  <Application>Microsoft Office Word</Application>
  <DocSecurity>0</DocSecurity>
  <Lines>10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1463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14</cp:revision>
  <cp:lastPrinted>2025-02-28T10:37:00Z</cp:lastPrinted>
  <dcterms:created xsi:type="dcterms:W3CDTF">2025-03-02T16:44:00Z</dcterms:created>
  <dcterms:modified xsi:type="dcterms:W3CDTF">2025-03-25T07:10:00Z</dcterms:modified>
</cp:coreProperties>
</file>